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318"/>
      </w:tblGrid>
      <w:tr>
        <w:tc>
          <w:tcPr>
            <w:tcW w:type="dxa" w:w="10318"/>
            <w:shd w:val="clear" w:fill="003BA0"/>
          </w:tcPr>
          <w:p>
            <w:pPr>
              <w:spacing w:before="100" w:after="20" w:line="240" w:lineRule="auto"/>
            </w:pPr>
            <w:r/>
            <w:r>
              <w:rPr>
                <w:rFonts w:ascii="Pretendard" w:hAnsi="Pretendard" w:eastAsia="Pretendard"/>
                <w:color w:val="A9C2F0"/>
                <w:sz w:val="17"/>
              </w:rPr>
              <w:t>1일차 · ⑤ 디지털 윤리 · 실습 보조</w:t>
            </w:r>
          </w:p>
          <w:p>
            <w:pPr>
              <w:spacing w:before="0" w:after="40" w:line="252" w:lineRule="auto"/>
            </w:pPr>
            <w:r>
              <w:rPr>
                <w:rFonts w:ascii="Pretendard ExtraBold" w:hAnsi="Pretendard ExtraBold" w:eastAsia="Pretendard ExtraBold"/>
                <w:color w:val="FFFFFF"/>
                <w:sz w:val="32"/>
              </w:rPr>
              <w:t>수업 자료 만들기 양식</w:t>
            </w:r>
          </w:p>
          <w:p>
            <w:pPr>
              <w:spacing w:before="0" w:after="100" w:line="288" w:lineRule="auto"/>
            </w:pPr>
            <w:r>
              <w:rPr>
                <w:rFonts w:ascii="Pretendard" w:hAnsi="Pretendard" w:eastAsia="Pretendard"/>
                <w:color w:val="C7D8F6"/>
                <w:sz w:val="17"/>
              </w:rPr>
              <w:t>가진 자료가 없을 때 — 10분 안에 안내장 하나를 만들며 이용 허락 조건을 실습합니다 · 이름 ______________</w:t>
            </w:r>
          </w:p>
        </w:tc>
      </w:tr>
    </w:tbl>
    <w:p>
      <w:pPr>
        <w:spacing w:before="18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1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주제 하나에 ○ 하십시오 — 우리 반에 다음 주에 나갈 만한 것으로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5159"/>
        <w:gridCol w:w="5159"/>
      </w:tblGrid>
      <w:tr>
        <w:tc>
          <w:tcPr>
            <w:tcW w:type="dxa" w:w="2551"/>
            <w:shd w:val="clear" w:fill="EDF2FC"/>
            <w:tcBorders>
              <w:bottom w:val="single" w:sz="8" w:color="9FA3AC"/>
              <w:right w:val="single" w:sz="6" w:color="D5D7DD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주제</w:t>
            </w:r>
          </w:p>
        </w:tc>
        <w:tc>
          <w:tcPr>
            <w:tcW w:type="dxa" w:w="7767"/>
            <w:shd w:val="clear" w:fill="EDF2FC"/>
            <w:tcBorders>
              <w:bottom w:val="single" w:sz="8" w:color="9FA3AC"/>
            </w:tcBorders>
          </w:tcPr>
          <w:p>
            <w:pPr>
              <w:spacing w:before="50" w:after="5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18"/>
              </w:rPr>
              <w:t>이런 안내장이 됩니다</w:t>
            </w:r>
          </w:p>
        </w:tc>
      </w:tr>
      <w:tr>
        <w:trPr>
          <w:trHeight w:val="408" w:hRule="exact"/>
        </w:trPr>
        <w:tc>
          <w:tcPr>
            <w:tcW w:type="dxa" w:w="5159"/>
            <w:tcBorders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003BA0"/>
                <w:sz w:val="20"/>
              </w:rPr>
              <w:t>환경 · 분리배출</w:t>
            </w:r>
          </w:p>
        </w:tc>
        <w:tc>
          <w:tcPr>
            <w:tcW w:type="dxa" w:w="5159"/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9"/>
              </w:rPr>
              <w:t>우리 반 분리배출 안내 — 캔·유리·종이 사진과 버리는 방법</w:t>
            </w:r>
          </w:p>
        </w:tc>
      </w:tr>
      <w:tr>
        <w:trPr>
          <w:trHeight w:val="408" w:hRule="exact"/>
        </w:trPr>
        <w:tc>
          <w:tcPr>
            <w:tcW w:type="dxa" w:w="5159"/>
            <w:tcBorders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003BA0"/>
                <w:sz w:val="20"/>
              </w:rPr>
              <w:t>생명 존중</w:t>
            </w:r>
          </w:p>
        </w:tc>
        <w:tc>
          <w:tcPr>
            <w:tcW w:type="dxa" w:w="5159"/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9"/>
              </w:rPr>
              <w:t>교실 반려식물 돌보기 안내 — 물 주는 요일과 담당</w:t>
            </w:r>
          </w:p>
        </w:tc>
      </w:tr>
      <w:tr>
        <w:trPr>
          <w:trHeight w:val="408" w:hRule="exact"/>
        </w:trPr>
        <w:tc>
          <w:tcPr>
            <w:tcW w:type="dxa" w:w="5159"/>
            <w:tcBorders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003BA0"/>
                <w:sz w:val="20"/>
              </w:rPr>
              <w:t>사이버 폭력 예방</w:t>
            </w:r>
          </w:p>
        </w:tc>
        <w:tc>
          <w:tcPr>
            <w:tcW w:type="dxa" w:w="5159"/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9"/>
              </w:rPr>
              <w:t>단톡방 약속 안내 — 우리 반이 정한 세 가지 규칙</w:t>
            </w:r>
          </w:p>
        </w:tc>
      </w:tr>
      <w:tr>
        <w:trPr>
          <w:trHeight w:val="408" w:hRule="exact"/>
        </w:trPr>
        <w:tc>
          <w:tcPr>
            <w:tcW w:type="dxa" w:w="5159"/>
            <w:tcBorders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003BA0"/>
                <w:sz w:val="20"/>
              </w:rPr>
              <w:t>저작권 지키기</w:t>
            </w:r>
          </w:p>
        </w:tc>
        <w:tc>
          <w:tcPr>
            <w:tcW w:type="dxa" w:w="5159"/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9"/>
              </w:rPr>
              <w:t>발표 자료 만들 때 확인할 것 — 오늘 배운 그것</w:t>
            </w:r>
          </w:p>
        </w:tc>
      </w:tr>
      <w:tr>
        <w:trPr>
          <w:trHeight w:val="408" w:hRule="exact"/>
        </w:trPr>
        <w:tc>
          <w:tcPr>
            <w:tcW w:type="dxa" w:w="5159"/>
            <w:tcBorders>
              <w:right w:val="single" w:sz="6" w:color="D5D7DD"/>
            </w:tcBorders>
          </w:tcPr>
          <w:p>
            <w:pPr>
              <w:spacing w:before="40" w:after="40" w:line="288" w:lineRule="auto"/>
            </w:pPr>
            <w:r/>
            <w:r>
              <w:rPr>
                <w:rFonts w:ascii="Pretendard SemiBold" w:hAnsi="Pretendard SemiBold" w:eastAsia="Pretendard SemiBold"/>
                <w:color w:val="003BA0"/>
                <w:sz w:val="20"/>
              </w:rPr>
              <w:t>학교 행사</w:t>
            </w:r>
          </w:p>
        </w:tc>
        <w:tc>
          <w:tcPr>
            <w:tcW w:type="dxa" w:w="5159"/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1E2026"/>
                <w:sz w:val="19"/>
              </w:rPr>
              <w:t>현장체험학습 준비물 안내 — 날짜·장소·복장</w:t>
            </w:r>
          </w:p>
        </w:tc>
      </w:tr>
    </w:tbl>
    <w:p>
      <w:pPr>
        <w:spacing w:before="18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2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안내장 제목을 적으십시오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318"/>
      </w:tblGrid>
      <w:tr>
        <w:trPr>
          <w:trHeight w:val="652" w:hRule="exact"/>
        </w:trPr>
        <w:tc>
          <w:tcPr>
            <w:tcW w:type="dxa" w:w="10318"/>
          </w:tcPr>
          <w:p>
            <w:pPr>
              <w:spacing w:before="40" w:after="40" w:line="288" w:lineRule="auto"/>
            </w:pPr>
            <w:r/>
          </w:p>
        </w:tc>
      </w:tr>
    </w:tbl>
    <w:p>
      <w:pPr>
        <w:spacing w:before="18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3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이미지를 붙이십시오 — 컴퓨터로 만들면 이 칸에 그림을 끌어다 놓습니다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3439"/>
        <w:gridCol w:w="3439"/>
        <w:gridCol w:w="3439"/>
      </w:tblGrid>
      <w:tr>
        <w:trPr>
          <w:trHeight w:val="2608" w:hRule="exact"/>
        </w:trPr>
        <w:tc>
          <w:tcPr>
            <w:tcW w:type="dxa" w:w="5046"/>
            <w:shd w:val="clear" w:fill="F7F8FA"/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br/>
              <w:br/>
              <w:t>이미지 붙이는 칸</w:t>
              <w:br/>
              <w:t>(Openverse · Pixabay에서 받기)</w:t>
              <w:br/>
              <w:br/>
            </w:r>
          </w:p>
        </w:tc>
        <w:tc>
          <w:tcPr>
            <w:tcW w:type="dxa" w:w="227"/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5046"/>
            <w:shd w:val="clear" w:fill="F7F8FA"/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" w:hAnsi="Pretendard" w:eastAsia="Pretendard"/>
                <w:color w:val="7A7D85"/>
                <w:sz w:val="18"/>
              </w:rPr>
              <w:br/>
              <w:br/>
              <w:t>이미지 붙이는 칸</w:t>
              <w:br/>
              <w:t>(Openverse · Pixabay에서 받기)</w:t>
              <w:br/>
              <w:br/>
            </w:r>
          </w:p>
        </w:tc>
      </w:tr>
    </w:tbl>
    <w:p>
      <w:pPr>
        <w:spacing w:before="0" w:after="0" w:lineRule="exact" w:line="20"/>
      </w:pPr>
      <w:r>
        <w:rPr>
          <w:sz w:val="2"/>
        </w:rPr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3439"/>
        <w:gridCol w:w="3439"/>
        <w:gridCol w:w="3439"/>
      </w:tblGrid>
      <w:tr>
        <w:trPr>
          <w:trHeight w:val="340" w:hRule="exact"/>
        </w:trPr>
        <w:tc>
          <w:tcPr>
            <w:tcW w:type="dxa" w:w="5046"/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7"/>
              </w:rPr>
              <w:t>출처: ____________________________</w:t>
            </w:r>
          </w:p>
        </w:tc>
        <w:tc>
          <w:tcPr>
            <w:tcW w:type="dxa" w:w="227"/>
          </w:tcPr>
          <w:p>
            <w:pPr>
              <w:spacing w:before="40" w:after="40" w:line="288" w:lineRule="auto"/>
            </w:pPr>
            <w:r/>
          </w:p>
        </w:tc>
        <w:tc>
          <w:tcPr>
            <w:tcW w:type="dxa" w:w="5046"/>
          </w:tcPr>
          <w:p>
            <w:pPr>
              <w:spacing w:before="40" w:after="40" w:line="288" w:lineRule="auto"/>
            </w:pPr>
            <w:r/>
            <w:r>
              <w:rPr>
                <w:rFonts w:ascii="Pretendard" w:hAnsi="Pretendard" w:eastAsia="Pretendard"/>
                <w:color w:val="7A7D85"/>
                <w:sz w:val="17"/>
              </w:rPr>
              <w:t>출처: ____________________________</w:t>
            </w:r>
          </w:p>
        </w:tc>
      </w:tr>
    </w:tbl>
    <w:p>
      <w:pPr>
        <w:spacing w:before="18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4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안내글을 세 줄쯤 적으십시오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318"/>
      </w:tblGrid>
      <w:tr>
        <w:trPr>
          <w:trHeight w:val="1927" w:hRule="exact"/>
        </w:trPr>
        <w:tc>
          <w:tcPr>
            <w:tcW w:type="dxa" w:w="10318"/>
          </w:tcPr>
          <w:p>
            <w:pPr>
              <w:spacing w:before="40" w:after="40" w:line="288" w:lineRule="auto"/>
            </w:pPr>
            <w:r/>
          </w:p>
        </w:tc>
      </w:tr>
    </w:tbl>
    <w:p>
      <w:pPr>
        <w:spacing w:before="180" w:after="60" w:line="240" w:lineRule="auto"/>
      </w:pPr>
      <w:r>
        <w:rPr>
          <w:rFonts w:ascii="Pretendard ExtraBold" w:hAnsi="Pretendard ExtraBold" w:eastAsia="Pretendard ExtraBold"/>
          <w:color w:val="FFFFFF"/>
          <w:sz w:val="21"/>
          <w:shd w:val="clear" w:fill="003BA0"/>
        </w:rPr>
        <w:t xml:space="preserve"> 5 </w:t>
      </w:r>
      <w:r>
        <w:rPr>
          <w:rFonts w:ascii="Pretendard" w:hAnsi="Pretendard" w:eastAsia="Pretendard"/>
          <w:color w:val="1E2026"/>
          <w:sz w:val="21"/>
        </w:rPr>
        <w:t xml:space="preserve">  </w:t>
      </w:r>
      <w:r>
        <w:rPr>
          <w:rFonts w:ascii="Pretendard SemiBold" w:hAnsi="Pretendard SemiBold" w:eastAsia="Pretendard SemiBold"/>
          <w:color w:val="1E2026"/>
          <w:sz w:val="23"/>
        </w:rPr>
        <w:t>맨 아래에 내 이용 허락 조건을 다십시오 — 오늘의 핵심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318"/>
      </w:tblGrid>
      <w:tr>
        <w:trPr>
          <w:trHeight w:val="595" w:hRule="exact"/>
        </w:trPr>
        <w:tc>
          <w:tcPr>
            <w:tcW w:type="dxa" w:w="10318"/>
            <w:shd w:val="clear" w:fill="EDF2FC"/>
          </w:tcPr>
          <w:p>
            <w:pPr>
              <w:spacing w:before="40" w:after="40" w:line="288" w:lineRule="auto"/>
              <w:jc w:val="center"/>
            </w:pPr>
            <w:r/>
            <w:r>
              <w:rPr>
                <w:rFonts w:ascii="Pretendard SemiBold" w:hAnsi="Pretendard SemiBold" w:eastAsia="Pretendard SemiBold"/>
                <w:color w:val="003BA0"/>
                <w:sz w:val="20"/>
              </w:rPr>
              <w:t>ⓒ 2026 ______초등학교 ______ 만듦 · CC BY-NC-SA 4.0 · 사진 출처 ____________</w:t>
            </w:r>
          </w:p>
        </w:tc>
      </w:tr>
    </w:tbl>
    <w:p>
      <w:pPr>
        <w:spacing w:before="0" w:after="0" w:lineRule="exact" w:line="20"/>
      </w:pPr>
      <w:r>
        <w:rPr>
          <w:sz w:val="2"/>
        </w:rPr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9" w:type="dxa"/>
          <w:right w:w="79" w:type="dxa"/>
        </w:tblCellMar>
        <w:tblLayout w:type="fixed"/>
        <w:tblW w:w="10319" w:type="dxa"/>
      </w:tblPr>
      <w:tblGrid>
        <w:gridCol w:w="10318"/>
      </w:tblGrid>
      <w:tr>
        <w:tc>
          <w:tcPr>
            <w:tcW w:type="dxa" w:w="10318"/>
            <w:shd w:val="clear" w:fill="FBF6EC"/>
            <w:tcBorders>
              <w:left w:val="single" w:sz="18" w:color="003BA0"/>
            </w:tcBorders>
          </w:tcPr>
          <w:p>
            <w:pPr>
              <w:spacing w:before="80" w:after="80" w:line="348" w:lineRule="auto"/>
            </w:pPr>
            <w:r/>
            <w:r>
              <w:rPr>
                <w:rFonts w:ascii="Pretendard" w:hAnsi="Pretendard" w:eastAsia="Pretendard"/>
                <w:color w:val="1E2026"/>
                <w:sz w:val="19"/>
              </w:rPr>
              <w:t>만든 안내장은 실제로 교실에 붙여도 됩니다. 붙이는 순간, 이용 허락 조건이 달린 첫 자료가 생깁니다 — 그것이 오늘 가져가는 것입니다.</w:t>
            </w:r>
          </w:p>
        </w:tc>
      </w:tr>
    </w:tbl>
    <w:p>
      <w:pPr>
        <w:tabs>
          <w:tab w:pos="1106" w:val="left"/>
        </w:tabs>
        <w:spacing w:before="100" w:after="0" w:line="283" w:lineRule="auto"/>
        <w:ind w:left="1106" w:hanging="1106"/>
        <w:pBdr>
          <w:top w:val="single" w:sz="6" w:color="D5D7DD" w:space="5"/>
        </w:pBdr>
      </w:pPr>
      <w:r>
        <w:rPr>
          <w:rFonts w:ascii="Pretendard SemiBold" w:hAnsi="Pretendard SemiBold" w:eastAsia="Pretendard SemiBold"/>
          <w:color w:val="003BA0"/>
          <w:sz w:val="15"/>
        </w:rPr>
        <w:t>교육과정 근거</w:t>
      </w:r>
      <w:r>
        <w:rPr>
          <w:rFonts w:ascii="Pretendard" w:hAnsi="Pretendard" w:eastAsia="Pretendard"/>
          <w:color w:val="7A7D85"/>
          <w:sz w:val="15"/>
        </w:rPr>
        <w:tab/>
        <w:t>[6실04-03] 「제작한 발표 자료를 사이버 공간에 공유하고, 건전한 정보기기의 활용을 실천한다」</w:t>
      </w:r>
    </w:p>
    <w:p>
      <w:pPr>
        <w:spacing w:before="0" w:after="0" w:line="283" w:lineRule="auto"/>
        <w:ind w:left="1106"/>
      </w:pPr>
      <w:r>
        <w:rPr>
          <w:rFonts w:ascii="Pretendard" w:hAnsi="Pretendard" w:eastAsia="Pretendard"/>
          <w:color w:val="7A7D85"/>
          <w:sz w:val="15"/>
        </w:rPr>
        <w:t>해설 「개인 정보 및 저작권 보호의 중요성을 인식하고 실천」</w:t>
      </w:r>
    </w:p>
    <w:sectPr w:rsidR="00FC693F" w:rsidRPr="0006063C" w:rsidSect="00034616">
      <w:pgSz w:w="11906" w:h="16838"/>
      <w:pgMar w:top="794" w:right="794" w:bottom="794" w:left="7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300" w:lineRule="auto"/>
      <w:autoSpaceDE w:val="0"/>
      <w:autoSpaceDN w:val="0"/>
    </w:pPr>
    <w:rPr>
      <w:rFonts w:ascii="Pretendard" w:hAnsi="Pretendard" w:eastAsia="Pretendard"/>
      <w:color w:val="1E2026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