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left"/>
        <w:tblLayout w:type="fixed"/>
        <w:tblLook w:firstColumn="1" w:firstRow="1" w:lastColumn="0" w:lastRow="0" w:noHBand="0" w:noVBand="1" w:val="04A0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79" w:type="dxa"/>
          <w:right w:w="79" w:type="dxa"/>
        </w:tblCellMar>
        <w:tblLayout w:type="fixed"/>
        <w:tblW w:w="10319" w:type="dxa"/>
      </w:tblPr>
      <w:tblGrid>
        <w:gridCol w:w="10318"/>
      </w:tblGrid>
      <w:tr>
        <w:tc>
          <w:tcPr>
            <w:tcW w:type="dxa" w:w="10318"/>
            <w:shd w:val="clear" w:fill="003BA0"/>
          </w:tcPr>
          <w:p>
            <w:pPr>
              <w:spacing w:before="100" w:after="20" w:line="240" w:lineRule="auto"/>
            </w:pPr>
            <w:r/>
            <w:r>
              <w:rPr>
                <w:rFonts w:ascii="Pretendard" w:hAnsi="Pretendard" w:eastAsia="Pretendard"/>
                <w:color w:val="A9C2F0"/>
                <w:sz w:val="17"/>
              </w:rPr>
              <w:t>1일차 · ⑤ 디지털 윤리</w:t>
            </w:r>
          </w:p>
          <w:p>
            <w:pPr>
              <w:spacing w:before="0" w:after="40" w:line="252" w:lineRule="auto"/>
            </w:pPr>
            <w:r>
              <w:rPr>
                <w:rFonts w:ascii="Pretendard ExtraBold" w:hAnsi="Pretendard ExtraBold" w:eastAsia="Pretendard ExtraBold"/>
                <w:color w:val="FFFFFF"/>
                <w:sz w:val="32"/>
              </w:rPr>
              <w:t>내 수업 자료에 이용 허락 조건(CCL) 붙이기</w:t>
            </w:r>
          </w:p>
          <w:p>
            <w:pPr>
              <w:spacing w:before="0" w:after="100" w:line="288" w:lineRule="auto"/>
            </w:pPr>
            <w:r>
              <w:rPr>
                <w:rFonts w:ascii="Pretendard" w:hAnsi="Pretendard" w:eastAsia="Pretendard"/>
                <w:color w:val="C7D8F6"/>
                <w:sz w:val="17"/>
              </w:rPr>
              <w:t>14분 · 이 시간의 산출물   |   이름 ______________   학교 ______________</w:t>
            </w:r>
          </w:p>
        </w:tc>
      </w:tr>
    </w:tbl>
    <w:p>
      <w:pPr>
        <w:spacing w:before="140" w:after="60" w:line="240" w:lineRule="auto"/>
      </w:pPr>
      <w:r>
        <w:rPr>
          <w:rFonts w:ascii="Pretendard ExtraBold" w:hAnsi="Pretendard ExtraBold" w:eastAsia="Pretendard ExtraBold"/>
          <w:color w:val="FFFFFF"/>
          <w:sz w:val="21"/>
          <w:shd w:val="clear" w:fill="003BA0"/>
        </w:rPr>
        <w:t xml:space="preserve"> 1 </w:t>
      </w:r>
      <w:r>
        <w:rPr>
          <w:rFonts w:ascii="Pretendard" w:hAnsi="Pretendard" w:eastAsia="Pretendard"/>
          <w:color w:val="1E2026"/>
          <w:sz w:val="21"/>
        </w:rPr>
        <w:t xml:space="preserve">  </w:t>
      </w:r>
      <w:r>
        <w:rPr>
          <w:rFonts w:ascii="Pretendard SemiBold" w:hAnsi="Pretendard SemiBold" w:eastAsia="Pretendard SemiBold"/>
          <w:color w:val="1E2026"/>
          <w:sz w:val="23"/>
        </w:rPr>
        <w:t>먼저 네 가지 조건 — 교과서가 쓰는 말입니다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79" w:type="dxa"/>
          <w:right w:w="79" w:type="dxa"/>
        </w:tblCellMar>
        <w:tblLayout w:type="fixed"/>
        <w:tblW w:w="10319" w:type="dxa"/>
      </w:tblPr>
      <w:tblGrid>
        <w:gridCol w:w="2579"/>
        <w:gridCol w:w="2579"/>
        <w:gridCol w:w="2579"/>
        <w:gridCol w:w="2579"/>
      </w:tblGrid>
      <w:tr>
        <w:tc>
          <w:tcPr>
            <w:tcW w:type="dxa" w:w="2580"/>
            <w:shd w:val="clear" w:fill="E9EFFC"/>
            <w:tcBorders>
              <w:bottom w:val="single" w:sz="8" w:color="9FA3AC"/>
              <w:right w:val="single" w:sz="6" w:color="D5D7DD"/>
            </w:tcBorders>
          </w:tcPr>
          <w:p>
            <w:pPr>
              <w:spacing w:before="50" w:after="50" w:line="288" w:lineRule="auto"/>
              <w:jc w:val="center"/>
            </w:pPr>
            <w:r/>
            <w:r>
              <w:rPr>
                <w:rFonts w:ascii="Pretendard ExtraBold" w:hAnsi="Pretendard ExtraBold" w:eastAsia="Pretendard ExtraBold"/>
                <w:color w:val="1F4FCC"/>
                <w:sz w:val="20"/>
              </w:rPr>
              <w:t>BY  저작자 표시</w:t>
            </w:r>
          </w:p>
        </w:tc>
        <w:tc>
          <w:tcPr>
            <w:tcW w:type="dxa" w:w="2580"/>
            <w:shd w:val="clear" w:fill="FBF0E4"/>
            <w:tcBorders>
              <w:bottom w:val="single" w:sz="8" w:color="9FA3AC"/>
              <w:right w:val="single" w:sz="6" w:color="D5D7DD"/>
            </w:tcBorders>
          </w:tcPr>
          <w:p>
            <w:pPr>
              <w:spacing w:before="50" w:after="50" w:line="288" w:lineRule="auto"/>
              <w:jc w:val="center"/>
            </w:pPr>
            <w:r/>
            <w:r>
              <w:rPr>
                <w:rFonts w:ascii="Pretendard ExtraBold" w:hAnsi="Pretendard ExtraBold" w:eastAsia="Pretendard ExtraBold"/>
                <w:color w:val="B0630F"/>
                <w:sz w:val="20"/>
              </w:rPr>
              <w:t>NC  비영리</w:t>
            </w:r>
          </w:p>
        </w:tc>
        <w:tc>
          <w:tcPr>
            <w:tcW w:type="dxa" w:w="2580"/>
            <w:shd w:val="clear" w:fill="F0F1F3"/>
            <w:tcBorders>
              <w:bottom w:val="single" w:sz="8" w:color="9FA3AC"/>
              <w:right w:val="single" w:sz="6" w:color="D5D7DD"/>
            </w:tcBorders>
          </w:tcPr>
          <w:p>
            <w:pPr>
              <w:spacing w:before="50" w:after="50" w:line="288" w:lineRule="auto"/>
              <w:jc w:val="center"/>
            </w:pPr>
            <w:r/>
            <w:r>
              <w:rPr>
                <w:rFonts w:ascii="Pretendard ExtraBold" w:hAnsi="Pretendard ExtraBold" w:eastAsia="Pretendard ExtraBold"/>
                <w:color w:val="5C6068"/>
                <w:sz w:val="20"/>
              </w:rPr>
              <w:t>ND  변경 금지</w:t>
            </w:r>
          </w:p>
        </w:tc>
        <w:tc>
          <w:tcPr>
            <w:tcW w:type="dxa" w:w="2580"/>
            <w:shd w:val="clear" w:fill="E6F4EE"/>
            <w:tcBorders>
              <w:bottom w:val="single" w:sz="8" w:color="9FA3AC"/>
            </w:tcBorders>
          </w:tcPr>
          <w:p>
            <w:pPr>
              <w:spacing w:before="50" w:after="50" w:line="288" w:lineRule="auto"/>
              <w:jc w:val="center"/>
            </w:pPr>
            <w:r/>
            <w:r>
              <w:rPr>
                <w:rFonts w:ascii="Pretendard ExtraBold" w:hAnsi="Pretendard ExtraBold" w:eastAsia="Pretendard ExtraBold"/>
                <w:color w:val="1B7A55"/>
                <w:sz w:val="20"/>
              </w:rPr>
              <w:t>SA  동일 조건</w:t>
            </w:r>
          </w:p>
        </w:tc>
      </w:tr>
      <w:tr>
        <w:tc>
          <w:tcPr>
            <w:tcW w:type="dxa" w:w="2580"/>
            <w:tcBorders>
              <w:bottom w:val="single" w:sz="6" w:color="D5D7DD"/>
              <w:right w:val="single" w:sz="6" w:color="D5D7DD"/>
            </w:tcBorders>
          </w:tcPr>
          <w:p>
            <w:pPr>
              <w:spacing w:before="50" w:after="50" w:line="288" w:lineRule="auto"/>
              <w:jc w:val="center"/>
            </w:pPr>
            <w:r/>
            <w:r>
              <w:rPr>
                <w:rFonts w:ascii="Pretendard" w:hAnsi="Pretendard" w:eastAsia="Pretendard"/>
                <w:color w:val="1E2026"/>
                <w:sz w:val="17"/>
              </w:rPr>
              <w:t>만든 사람을 밝혀라</w:t>
            </w:r>
          </w:p>
        </w:tc>
        <w:tc>
          <w:tcPr>
            <w:tcW w:type="dxa" w:w="2580"/>
            <w:tcBorders>
              <w:bottom w:val="single" w:sz="6" w:color="D5D7DD"/>
              <w:right w:val="single" w:sz="6" w:color="D5D7DD"/>
            </w:tcBorders>
          </w:tcPr>
          <w:p>
            <w:pPr>
              <w:spacing w:before="50" w:after="50" w:line="288" w:lineRule="auto"/>
              <w:jc w:val="center"/>
            </w:pPr>
            <w:r/>
            <w:r>
              <w:rPr>
                <w:rFonts w:ascii="Pretendard" w:hAnsi="Pretendard" w:eastAsia="Pretendard"/>
                <w:color w:val="1E2026"/>
                <w:sz w:val="17"/>
              </w:rPr>
              <w:t>돈 버는 데 쓰지 마라</w:t>
            </w:r>
          </w:p>
        </w:tc>
        <w:tc>
          <w:tcPr>
            <w:tcW w:type="dxa" w:w="2580"/>
            <w:tcBorders>
              <w:bottom w:val="single" w:sz="6" w:color="D5D7DD"/>
              <w:right w:val="single" w:sz="6" w:color="D5D7DD"/>
            </w:tcBorders>
          </w:tcPr>
          <w:p>
            <w:pPr>
              <w:spacing w:before="50" w:after="50" w:line="288" w:lineRule="auto"/>
              <w:jc w:val="center"/>
            </w:pPr>
            <w:r/>
            <w:r>
              <w:rPr>
                <w:rFonts w:ascii="Pretendard" w:hAnsi="Pretendard" w:eastAsia="Pretendard"/>
                <w:color w:val="1E2026"/>
                <w:sz w:val="17"/>
              </w:rPr>
              <w:t>고치지 마라</w:t>
            </w:r>
          </w:p>
        </w:tc>
        <w:tc>
          <w:tcPr>
            <w:tcW w:type="dxa" w:w="2580"/>
            <w:tcBorders>
              <w:bottom w:val="single" w:sz="6" w:color="D5D7DD"/>
            </w:tcBorders>
          </w:tcPr>
          <w:p>
            <w:pPr>
              <w:spacing w:before="50" w:after="50" w:line="288" w:lineRule="auto"/>
              <w:jc w:val="center"/>
            </w:pPr>
            <w:r/>
            <w:r>
              <w:rPr>
                <w:rFonts w:ascii="Pretendard" w:hAnsi="Pretendard" w:eastAsia="Pretendard"/>
                <w:color w:val="1E2026"/>
                <w:sz w:val="17"/>
              </w:rPr>
              <w:t>고치면 같은 조건으로 풀어라</w:t>
            </w:r>
          </w:p>
        </w:tc>
      </w:tr>
      <w:tr>
        <w:tc>
          <w:tcPr>
            <w:tcW w:type="dxa" w:w="2580"/>
            <w:tcBorders>
              <w:bottom w:val="single" w:sz="6" w:color="D5D7DD"/>
              <w:right w:val="single" w:sz="6" w:color="D5D7DD"/>
            </w:tcBorders>
          </w:tcPr>
          <w:p>
            <w:pPr>
              <w:spacing w:before="30" w:after="30" w:line="288" w:lineRule="auto"/>
              <w:jc w:val="center"/>
            </w:pPr>
            <w:r/>
            <w:r>
              <w:rPr>
                <w:rFonts w:ascii="Pretendard" w:hAnsi="Pretendard" w:eastAsia="Pretendard"/>
                <w:color w:val="7A7D85"/>
                <w:sz w:val="16"/>
              </w:rPr>
              <w:t>거의 모든 자료에 붙는다</w:t>
            </w:r>
          </w:p>
        </w:tc>
        <w:tc>
          <w:tcPr>
            <w:tcW w:type="dxa" w:w="2580"/>
            <w:tcBorders>
              <w:bottom w:val="single" w:sz="6" w:color="D5D7DD"/>
              <w:right w:val="single" w:sz="6" w:color="D5D7DD"/>
            </w:tcBorders>
          </w:tcPr>
          <w:p>
            <w:pPr>
              <w:spacing w:before="30" w:after="30" w:line="288" w:lineRule="auto"/>
              <w:jc w:val="center"/>
            </w:pPr>
            <w:r/>
            <w:r>
              <w:rPr>
                <w:rFonts w:ascii="Pretendard" w:hAnsi="Pretendard" w:eastAsia="Pretendard"/>
                <w:color w:val="7A7D85"/>
                <w:sz w:val="16"/>
              </w:rPr>
              <w:t>학교에서 고르면 안전</w:t>
            </w:r>
          </w:p>
        </w:tc>
        <w:tc>
          <w:tcPr>
            <w:tcW w:type="dxa" w:w="2580"/>
            <w:tcBorders>
              <w:bottom w:val="single" w:sz="6" w:color="D5D7DD"/>
              <w:right w:val="single" w:sz="6" w:color="D5D7DD"/>
            </w:tcBorders>
          </w:tcPr>
          <w:p>
            <w:pPr>
              <w:spacing w:before="30" w:after="30" w:line="288" w:lineRule="auto"/>
              <w:jc w:val="center"/>
            </w:pPr>
            <w:r/>
            <w:r>
              <w:rPr>
                <w:rFonts w:ascii="Pretendard" w:hAnsi="Pretendard" w:eastAsia="Pretendard"/>
                <w:color w:val="7A7D85"/>
                <w:sz w:val="16"/>
              </w:rPr>
              <w:t>붙어 있으면 편집 금지</w:t>
            </w:r>
          </w:p>
        </w:tc>
        <w:tc>
          <w:tcPr>
            <w:tcW w:type="dxa" w:w="2580"/>
            <w:tcBorders>
              <w:bottom w:val="single" w:sz="6" w:color="D5D7DD"/>
            </w:tcBorders>
          </w:tcPr>
          <w:p>
            <w:pPr>
              <w:spacing w:before="30" w:after="30" w:line="288" w:lineRule="auto"/>
              <w:jc w:val="center"/>
            </w:pPr>
            <w:r/>
            <w:r>
              <w:rPr>
                <w:rFonts w:ascii="Pretendard" w:hAnsi="Pretendard" w:eastAsia="Pretendard"/>
                <w:color w:val="7A7D85"/>
                <w:sz w:val="16"/>
              </w:rPr>
              <w:t>위키백과 방식</w:t>
            </w:r>
          </w:p>
        </w:tc>
      </w:tr>
    </w:tbl>
    <w:p>
      <w:pPr>
        <w:spacing w:before="180" w:after="60" w:line="240" w:lineRule="auto"/>
      </w:pPr>
      <w:r>
        <w:rPr>
          <w:rFonts w:ascii="Pretendard ExtraBold" w:hAnsi="Pretendard ExtraBold" w:eastAsia="Pretendard ExtraBold"/>
          <w:color w:val="FFFFFF"/>
          <w:sz w:val="21"/>
          <w:shd w:val="clear" w:fill="003BA0"/>
        </w:rPr>
        <w:t xml:space="preserve"> 2 </w:t>
      </w:r>
      <w:r>
        <w:rPr>
          <w:rFonts w:ascii="Pretendard" w:hAnsi="Pretendard" w:eastAsia="Pretendard"/>
          <w:color w:val="1E2026"/>
          <w:sz w:val="21"/>
        </w:rPr>
        <w:t xml:space="preserve">  </w:t>
      </w:r>
      <w:r>
        <w:rPr>
          <w:rFonts w:ascii="Pretendard SemiBold" w:hAnsi="Pretendard SemiBold" w:eastAsia="Pretendard SemiBold"/>
          <w:color w:val="1E2026"/>
          <w:sz w:val="23"/>
        </w:rPr>
        <w:t>이 넷을 조합한 것이 여섯 가지입니다 — 하나만 고르십시오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79" w:type="dxa"/>
          <w:right w:w="79" w:type="dxa"/>
        </w:tblCellMar>
        <w:tblLayout w:type="fixed"/>
        <w:tblW w:w="10319" w:type="dxa"/>
      </w:tblPr>
      <w:tblGrid>
        <w:gridCol w:w="1720"/>
        <w:gridCol w:w="1720"/>
        <w:gridCol w:w="1720"/>
        <w:gridCol w:w="1720"/>
        <w:gridCol w:w="1720"/>
        <w:gridCol w:w="1720"/>
      </w:tblGrid>
      <w:tr>
        <w:tc>
          <w:tcPr>
            <w:tcW w:type="dxa" w:w="1720"/>
            <w:tcBorders>
              <w:bottom w:val="single" w:sz="6" w:color="D5D7DD"/>
              <w:right w:val="single" w:sz="6" w:color="D5D7DD"/>
            </w:tcBorders>
          </w:tcPr>
          <w:p>
            <w:pPr>
              <w:spacing w:before="50" w:after="50" w:line="276" w:lineRule="auto"/>
              <w:jc w:val="center"/>
            </w:pPr>
            <w:r/>
            <w:r>
              <w:rPr>
                <w:rFonts w:ascii="Pretendard ExtraBold" w:hAnsi="Pretendard ExtraBold" w:eastAsia="Pretendard ExtraBold"/>
                <w:color w:val="1F4FCC"/>
                <w:sz w:val="17"/>
                <w:shd w:val="clear" w:fill="E9EFFC"/>
              </w:rPr>
              <w:t xml:space="preserve"> BY </w:t>
            </w:r>
          </w:p>
        </w:tc>
        <w:tc>
          <w:tcPr>
            <w:tcW w:type="dxa" w:w="1720"/>
            <w:tcBorders>
              <w:bottom w:val="single" w:sz="6" w:color="D5D7DD"/>
              <w:right w:val="single" w:sz="6" w:color="D5D7DD"/>
            </w:tcBorders>
          </w:tcPr>
          <w:p>
            <w:pPr>
              <w:spacing w:before="50" w:after="50" w:line="276" w:lineRule="auto"/>
              <w:jc w:val="center"/>
            </w:pPr>
            <w:r/>
            <w:r>
              <w:rPr>
                <w:rFonts w:ascii="Pretendard ExtraBold" w:hAnsi="Pretendard ExtraBold" w:eastAsia="Pretendard ExtraBold"/>
                <w:color w:val="1F4FCC"/>
                <w:sz w:val="17"/>
                <w:shd w:val="clear" w:fill="E9EFFC"/>
              </w:rPr>
              <w:t xml:space="preserve"> BY </w:t>
            </w:r>
            <w:r>
              <w:rPr>
                <w:rFonts w:ascii="Pretendard" w:hAnsi="Pretendard" w:eastAsia="Pretendard"/>
                <w:color w:val="7A7D85"/>
                <w:sz w:val="17"/>
              </w:rPr>
              <w:t>-</w:t>
            </w:r>
            <w:r>
              <w:rPr>
                <w:rFonts w:ascii="Pretendard ExtraBold" w:hAnsi="Pretendard ExtraBold" w:eastAsia="Pretendard ExtraBold"/>
                <w:color w:val="1B7A55"/>
                <w:sz w:val="17"/>
                <w:shd w:val="clear" w:fill="E6F4EE"/>
              </w:rPr>
              <w:t xml:space="preserve"> SA </w:t>
            </w:r>
          </w:p>
        </w:tc>
        <w:tc>
          <w:tcPr>
            <w:tcW w:type="dxa" w:w="1720"/>
            <w:tcBorders>
              <w:bottom w:val="single" w:sz="6" w:color="D5D7DD"/>
              <w:right w:val="single" w:sz="6" w:color="D5D7DD"/>
            </w:tcBorders>
          </w:tcPr>
          <w:p>
            <w:pPr>
              <w:spacing w:before="50" w:after="50" w:line="276" w:lineRule="auto"/>
              <w:jc w:val="center"/>
            </w:pPr>
            <w:r/>
            <w:r>
              <w:rPr>
                <w:rFonts w:ascii="Pretendard ExtraBold" w:hAnsi="Pretendard ExtraBold" w:eastAsia="Pretendard ExtraBold"/>
                <w:color w:val="1F4FCC"/>
                <w:sz w:val="17"/>
                <w:shd w:val="clear" w:fill="E9EFFC"/>
              </w:rPr>
              <w:t xml:space="preserve"> BY </w:t>
            </w:r>
            <w:r>
              <w:rPr>
                <w:rFonts w:ascii="Pretendard" w:hAnsi="Pretendard" w:eastAsia="Pretendard"/>
                <w:color w:val="7A7D85"/>
                <w:sz w:val="17"/>
              </w:rPr>
              <w:t>-</w:t>
            </w:r>
            <w:r>
              <w:rPr>
                <w:rFonts w:ascii="Pretendard ExtraBold" w:hAnsi="Pretendard ExtraBold" w:eastAsia="Pretendard ExtraBold"/>
                <w:color w:val="5C6068"/>
                <w:sz w:val="17"/>
                <w:shd w:val="clear" w:fill="F0F1F3"/>
              </w:rPr>
              <w:t xml:space="preserve"> ND </w:t>
            </w:r>
          </w:p>
        </w:tc>
        <w:tc>
          <w:tcPr>
            <w:tcW w:type="dxa" w:w="1720"/>
            <w:tcBorders>
              <w:bottom w:val="single" w:sz="8" w:color="9FA3AC"/>
              <w:right w:val="single" w:sz="6" w:color="D5D7DD"/>
            </w:tcBorders>
          </w:tcPr>
          <w:p>
            <w:pPr>
              <w:spacing w:before="50" w:after="50" w:line="276" w:lineRule="auto"/>
              <w:jc w:val="center"/>
            </w:pPr>
            <w:r/>
            <w:r>
              <w:rPr>
                <w:rFonts w:ascii="Pretendard ExtraBold" w:hAnsi="Pretendard ExtraBold" w:eastAsia="Pretendard ExtraBold"/>
                <w:color w:val="1F4FCC"/>
                <w:sz w:val="17"/>
                <w:shd w:val="clear" w:fill="E9EFFC"/>
              </w:rPr>
              <w:t xml:space="preserve"> BY </w:t>
            </w:r>
            <w:r>
              <w:rPr>
                <w:rFonts w:ascii="Pretendard" w:hAnsi="Pretendard" w:eastAsia="Pretendard"/>
                <w:color w:val="7A7D85"/>
                <w:sz w:val="17"/>
              </w:rPr>
              <w:t>-</w:t>
            </w:r>
            <w:r>
              <w:rPr>
                <w:rFonts w:ascii="Pretendard ExtraBold" w:hAnsi="Pretendard ExtraBold" w:eastAsia="Pretendard ExtraBold"/>
                <w:color w:val="B0630F"/>
                <w:sz w:val="17"/>
                <w:shd w:val="clear" w:fill="FBF0E4"/>
              </w:rPr>
              <w:t xml:space="preserve"> NC </w:t>
            </w:r>
          </w:p>
        </w:tc>
        <w:tc>
          <w:tcPr>
            <w:tcW w:type="dxa" w:w="1720"/>
            <w:tcBorders>
              <w:bottom w:val="single" w:sz="8" w:color="9FA3AC"/>
              <w:right w:val="single" w:sz="6" w:color="D5D7DD"/>
            </w:tcBorders>
          </w:tcPr>
          <w:p>
            <w:pPr>
              <w:spacing w:before="50" w:after="50" w:line="276" w:lineRule="auto"/>
              <w:jc w:val="center"/>
            </w:pPr>
            <w:r/>
            <w:r>
              <w:rPr>
                <w:rFonts w:ascii="Pretendard ExtraBold" w:hAnsi="Pretendard ExtraBold" w:eastAsia="Pretendard ExtraBold"/>
                <w:color w:val="1F4FCC"/>
                <w:sz w:val="17"/>
                <w:shd w:val="clear" w:fill="E9EFFC"/>
              </w:rPr>
              <w:t xml:space="preserve"> BY </w:t>
            </w:r>
            <w:r>
              <w:rPr>
                <w:rFonts w:ascii="Pretendard" w:hAnsi="Pretendard" w:eastAsia="Pretendard"/>
                <w:color w:val="7A7D85"/>
                <w:sz w:val="17"/>
              </w:rPr>
              <w:t>-</w:t>
            </w:r>
            <w:r>
              <w:rPr>
                <w:rFonts w:ascii="Pretendard ExtraBold" w:hAnsi="Pretendard ExtraBold" w:eastAsia="Pretendard ExtraBold"/>
                <w:color w:val="B0630F"/>
                <w:sz w:val="17"/>
                <w:shd w:val="clear" w:fill="FBF0E4"/>
              </w:rPr>
              <w:t xml:space="preserve"> NC </w:t>
            </w:r>
            <w:r>
              <w:rPr>
                <w:rFonts w:ascii="Pretendard" w:hAnsi="Pretendard" w:eastAsia="Pretendard"/>
                <w:color w:val="7A7D85"/>
                <w:sz w:val="17"/>
              </w:rPr>
              <w:t>-</w:t>
            </w:r>
            <w:r>
              <w:rPr>
                <w:rFonts w:ascii="Pretendard ExtraBold" w:hAnsi="Pretendard ExtraBold" w:eastAsia="Pretendard ExtraBold"/>
                <w:color w:val="1B7A55"/>
                <w:sz w:val="17"/>
                <w:shd w:val="clear" w:fill="E6F4EE"/>
              </w:rPr>
              <w:t xml:space="preserve"> SA </w:t>
            </w:r>
          </w:p>
        </w:tc>
        <w:tc>
          <w:tcPr>
            <w:tcW w:type="dxa" w:w="1720"/>
            <w:tcBorders>
              <w:bottom w:val="single" w:sz="6" w:color="D5D7DD"/>
            </w:tcBorders>
          </w:tcPr>
          <w:p>
            <w:pPr>
              <w:spacing w:before="50" w:after="50" w:line="276" w:lineRule="auto"/>
              <w:jc w:val="center"/>
            </w:pPr>
            <w:r/>
            <w:r>
              <w:rPr>
                <w:rFonts w:ascii="Pretendard ExtraBold" w:hAnsi="Pretendard ExtraBold" w:eastAsia="Pretendard ExtraBold"/>
                <w:color w:val="1F4FCC"/>
                <w:sz w:val="17"/>
                <w:shd w:val="clear" w:fill="E9EFFC"/>
              </w:rPr>
              <w:t xml:space="preserve"> BY </w:t>
            </w:r>
            <w:r>
              <w:rPr>
                <w:rFonts w:ascii="Pretendard" w:hAnsi="Pretendard" w:eastAsia="Pretendard"/>
                <w:color w:val="7A7D85"/>
                <w:sz w:val="17"/>
              </w:rPr>
              <w:t>-</w:t>
            </w:r>
            <w:r>
              <w:rPr>
                <w:rFonts w:ascii="Pretendard ExtraBold" w:hAnsi="Pretendard ExtraBold" w:eastAsia="Pretendard ExtraBold"/>
                <w:color w:val="B0630F"/>
                <w:sz w:val="17"/>
                <w:shd w:val="clear" w:fill="FBF0E4"/>
              </w:rPr>
              <w:t xml:space="preserve"> NC </w:t>
            </w:r>
            <w:r>
              <w:rPr>
                <w:rFonts w:ascii="Pretendard" w:hAnsi="Pretendard" w:eastAsia="Pretendard"/>
                <w:color w:val="7A7D85"/>
                <w:sz w:val="17"/>
              </w:rPr>
              <w:t>-</w:t>
            </w:r>
            <w:r>
              <w:rPr>
                <w:rFonts w:ascii="Pretendard ExtraBold" w:hAnsi="Pretendard ExtraBold" w:eastAsia="Pretendard ExtraBold"/>
                <w:color w:val="5C6068"/>
                <w:sz w:val="17"/>
                <w:shd w:val="clear" w:fill="F0F1F3"/>
              </w:rPr>
              <w:t xml:space="preserve"> ND </w:t>
            </w:r>
          </w:p>
        </w:tc>
      </w:tr>
      <w:tr>
        <w:tc>
          <w:tcPr>
            <w:tcW w:type="dxa" w:w="1720"/>
            <w:tcBorders>
              <w:right w:val="single" w:sz="6" w:color="D5D7DD"/>
            </w:tcBorders>
          </w:tcPr>
          <w:p>
            <w:pPr>
              <w:spacing w:before="30" w:after="30" w:line="288" w:lineRule="auto"/>
              <w:jc w:val="center"/>
            </w:pPr>
            <w:r/>
            <w:r>
              <w:rPr>
                <w:rFonts w:ascii="Pretendard" w:hAnsi="Pretendard" w:eastAsia="Pretendard"/>
                <w:color w:val="7A7D85"/>
                <w:sz w:val="15"/>
              </w:rPr>
              <w:t>출처만 밝히면 자유</w:t>
            </w:r>
          </w:p>
        </w:tc>
        <w:tc>
          <w:tcPr>
            <w:tcW w:type="dxa" w:w="1720"/>
            <w:tcBorders>
              <w:right w:val="single" w:sz="6" w:color="D5D7DD"/>
            </w:tcBorders>
          </w:tcPr>
          <w:p>
            <w:pPr>
              <w:spacing w:before="30" w:after="30" w:line="288" w:lineRule="auto"/>
              <w:jc w:val="center"/>
            </w:pPr>
            <w:r/>
            <w:r>
              <w:rPr>
                <w:rFonts w:ascii="Pretendard" w:hAnsi="Pretendard" w:eastAsia="Pretendard"/>
                <w:color w:val="7A7D85"/>
                <w:sz w:val="15"/>
              </w:rPr>
              <w:t>고치면 같은 조건으로</w:t>
            </w:r>
          </w:p>
        </w:tc>
        <w:tc>
          <w:tcPr>
            <w:tcW w:type="dxa" w:w="1720"/>
            <w:tcBorders>
              <w:right w:val="single" w:sz="6" w:color="D5D7DD"/>
            </w:tcBorders>
          </w:tcPr>
          <w:p>
            <w:pPr>
              <w:spacing w:before="30" w:after="30" w:line="288" w:lineRule="auto"/>
              <w:jc w:val="center"/>
            </w:pPr>
            <w:r/>
            <w:r>
              <w:rPr>
                <w:rFonts w:ascii="Pretendard" w:hAnsi="Pretendard" w:eastAsia="Pretendard"/>
                <w:color w:val="7A7D85"/>
                <w:sz w:val="15"/>
              </w:rPr>
              <w:t>원본 그대로만</w:t>
            </w:r>
          </w:p>
        </w:tc>
        <w:tc>
          <w:tcPr>
            <w:tcW w:type="dxa" w:w="1720"/>
            <w:tcBorders>
              <w:right w:val="single" w:sz="6" w:color="D5D7DD"/>
            </w:tcBorders>
          </w:tcPr>
          <w:p>
            <w:pPr>
              <w:spacing w:before="30" w:after="30" w:line="288" w:lineRule="auto"/>
              <w:jc w:val="center"/>
            </w:pPr>
            <w:r/>
            <w:r>
              <w:rPr>
                <w:rFonts w:ascii="Pretendard" w:hAnsi="Pretendard" w:eastAsia="Pretendard"/>
                <w:color w:val="7A7D85"/>
                <w:sz w:val="15"/>
              </w:rPr>
              <w:t>학교 수업에 적합</w:t>
            </w:r>
          </w:p>
        </w:tc>
        <w:tc>
          <w:tcPr>
            <w:tcW w:type="dxa" w:w="1720"/>
            <w:tcBorders>
              <w:right w:val="single" w:sz="6" w:color="D5D7DD"/>
            </w:tcBorders>
          </w:tcPr>
          <w:p>
            <w:pPr>
              <w:spacing w:before="30" w:after="30" w:line="288" w:lineRule="auto"/>
              <w:jc w:val="center"/>
            </w:pPr>
            <w:r/>
            <w:r>
              <w:rPr>
                <w:rFonts w:ascii="Pretendard" w:hAnsi="Pretendard" w:eastAsia="Pretendard"/>
                <w:color w:val="7A7D85"/>
                <w:sz w:val="15"/>
              </w:rPr>
              <w:t>학교 자료에 가장 흔함</w:t>
            </w:r>
          </w:p>
        </w:tc>
        <w:tc>
          <w:tcPr>
            <w:tcW w:type="dxa" w:w="1720"/>
          </w:tcPr>
          <w:p>
            <w:pPr>
              <w:spacing w:before="30" w:after="30" w:line="288" w:lineRule="auto"/>
              <w:jc w:val="center"/>
            </w:pPr>
            <w:r/>
            <w:r>
              <w:rPr>
                <w:rFonts w:ascii="Pretendard" w:hAnsi="Pretendard" w:eastAsia="Pretendard"/>
                <w:color w:val="7A7D85"/>
                <w:sz w:val="15"/>
              </w:rPr>
              <w:t>가장 제한적</w:t>
            </w:r>
          </w:p>
        </w:tc>
      </w:tr>
      <w:tr>
        <w:trPr>
          <w:trHeight w:val="396" w:hRule="exact"/>
        </w:trPr>
        <w:tc>
          <w:tcPr>
            <w:tcW w:type="dxa" w:w="1720"/>
            <w:tcBorders>
              <w:bottom w:val="single" w:sz="6" w:color="D5D7DD"/>
              <w:right w:val="single" w:sz="6" w:color="D5D7DD"/>
            </w:tcBorders>
          </w:tcPr>
          <w:p>
            <w:pPr>
              <w:spacing w:before="40" w:after="40" w:line="288" w:lineRule="auto"/>
              <w:jc w:val="center"/>
            </w:pPr>
            <w:r/>
            <w:r>
              <w:rPr>
                <w:rFonts w:ascii="Pretendard" w:hAnsi="Pretendard" w:eastAsia="Pretendard"/>
                <w:color w:val="7A7D85"/>
                <w:sz w:val="24"/>
              </w:rPr>
              <w:t>□</w:t>
            </w:r>
          </w:p>
        </w:tc>
        <w:tc>
          <w:tcPr>
            <w:tcW w:type="dxa" w:w="1720"/>
            <w:tcBorders>
              <w:bottom w:val="single" w:sz="6" w:color="D5D7DD"/>
              <w:right w:val="single" w:sz="6" w:color="D5D7DD"/>
            </w:tcBorders>
          </w:tcPr>
          <w:p>
            <w:pPr>
              <w:spacing w:before="40" w:after="40" w:line="288" w:lineRule="auto"/>
              <w:jc w:val="center"/>
            </w:pPr>
            <w:r/>
            <w:r>
              <w:rPr>
                <w:rFonts w:ascii="Pretendard" w:hAnsi="Pretendard" w:eastAsia="Pretendard"/>
                <w:color w:val="7A7D85"/>
                <w:sz w:val="24"/>
              </w:rPr>
              <w:t>□</w:t>
            </w:r>
          </w:p>
        </w:tc>
        <w:tc>
          <w:tcPr>
            <w:tcW w:type="dxa" w:w="1720"/>
            <w:tcBorders>
              <w:bottom w:val="single" w:sz="6" w:color="D5D7DD"/>
              <w:right w:val="single" w:sz="6" w:color="D5D7DD"/>
            </w:tcBorders>
          </w:tcPr>
          <w:p>
            <w:pPr>
              <w:spacing w:before="40" w:after="40" w:line="288" w:lineRule="auto"/>
              <w:jc w:val="center"/>
            </w:pPr>
            <w:r/>
            <w:r>
              <w:rPr>
                <w:rFonts w:ascii="Pretendard" w:hAnsi="Pretendard" w:eastAsia="Pretendard"/>
                <w:color w:val="7A7D85"/>
                <w:sz w:val="24"/>
              </w:rPr>
              <w:t>□</w:t>
            </w:r>
          </w:p>
        </w:tc>
        <w:tc>
          <w:tcPr>
            <w:tcW w:type="dxa" w:w="1720"/>
            <w:shd w:val="clear" w:fill="FBF0E4"/>
            <w:tcBorders>
              <w:bottom w:val="single" w:sz="6" w:color="D5D7DD"/>
              <w:right w:val="single" w:sz="6" w:color="D5D7DD"/>
            </w:tcBorders>
          </w:tcPr>
          <w:p>
            <w:pPr>
              <w:spacing w:before="40" w:after="40" w:line="288" w:lineRule="auto"/>
              <w:jc w:val="center"/>
            </w:pPr>
            <w:r/>
            <w:r>
              <w:rPr>
                <w:rFonts w:ascii="Pretendard" w:hAnsi="Pretendard" w:eastAsia="Pretendard"/>
                <w:color w:val="B0630F"/>
                <w:sz w:val="24"/>
              </w:rPr>
              <w:t>□</w:t>
            </w:r>
          </w:p>
        </w:tc>
        <w:tc>
          <w:tcPr>
            <w:tcW w:type="dxa" w:w="1720"/>
            <w:shd w:val="clear" w:fill="FBF0E4"/>
            <w:tcBorders>
              <w:bottom w:val="single" w:sz="6" w:color="D5D7DD"/>
              <w:right w:val="single" w:sz="6" w:color="D5D7DD"/>
            </w:tcBorders>
          </w:tcPr>
          <w:p>
            <w:pPr>
              <w:spacing w:before="40" w:after="40" w:line="288" w:lineRule="auto"/>
              <w:jc w:val="center"/>
            </w:pPr>
            <w:r/>
            <w:r>
              <w:rPr>
                <w:rFonts w:ascii="Pretendard" w:hAnsi="Pretendard" w:eastAsia="Pretendard"/>
                <w:color w:val="B0630F"/>
                <w:sz w:val="24"/>
              </w:rPr>
              <w:t>□</w:t>
            </w:r>
          </w:p>
        </w:tc>
        <w:tc>
          <w:tcPr>
            <w:tcW w:type="dxa" w:w="1720"/>
            <w:tcBorders>
              <w:bottom w:val="single" w:sz="6" w:color="D5D7DD"/>
            </w:tcBorders>
          </w:tcPr>
          <w:p>
            <w:pPr>
              <w:spacing w:before="40" w:after="40" w:line="288" w:lineRule="auto"/>
              <w:jc w:val="center"/>
            </w:pPr>
            <w:r/>
            <w:r>
              <w:rPr>
                <w:rFonts w:ascii="Pretendard" w:hAnsi="Pretendard" w:eastAsia="Pretendard"/>
                <w:color w:val="7A7D85"/>
                <w:sz w:val="24"/>
              </w:rPr>
              <w:t>□</w:t>
            </w:r>
          </w:p>
        </w:tc>
      </w:tr>
    </w:tbl>
    <w:p>
      <w:pPr>
        <w:spacing w:before="60" w:after="0"/>
      </w:pPr>
      <w:r>
        <w:rPr>
          <w:rFonts w:ascii="Pretendard" w:hAnsi="Pretendard" w:eastAsia="Pretendard"/>
          <w:color w:val="7A7D85"/>
          <w:sz w:val="17"/>
        </w:rPr>
        <w:t xml:space="preserve">학교 자료는 </w:t>
      </w:r>
      <w:r>
        <w:rPr>
          <w:rFonts w:ascii="Pretendard SemiBold" w:hAnsi="Pretendard SemiBold" w:eastAsia="Pretendard SemiBold"/>
          <w:color w:val="7A7D85"/>
          <w:sz w:val="17"/>
        </w:rPr>
        <w:t>비영리(NC)</w:t>
      </w:r>
      <w:r>
        <w:rPr>
          <w:rFonts w:ascii="Pretendard" w:hAnsi="Pretendard" w:eastAsia="Pretendard"/>
          <w:color w:val="7A7D85"/>
          <w:sz w:val="17"/>
        </w:rPr>
        <w:t xml:space="preserve">가 붙은 두 가지 중에서 고르면 대체로 안전합니다.    뒤에 붙는 </w:t>
      </w:r>
      <w:r>
        <w:rPr>
          <w:rFonts w:ascii="Pretendard SemiBold" w:hAnsi="Pretendard SemiBold" w:eastAsia="Pretendard SemiBold"/>
          <w:color w:val="7A7D85"/>
          <w:sz w:val="17"/>
        </w:rPr>
        <w:t>4.0은 판(버전) 번호</w:t>
      </w:r>
      <w:r>
        <w:rPr>
          <w:rFonts w:ascii="Pretendard" w:hAnsi="Pretendard" w:eastAsia="Pretendard"/>
          <w:color w:val="7A7D85"/>
          <w:sz w:val="17"/>
        </w:rPr>
        <w:t xml:space="preserve">입니다 — 지금 쓰는 최신판이 4.0이라 </w:t>
      </w:r>
      <w:r>
        <w:rPr>
          <w:rFonts w:ascii="Pretendard SemiBold" w:hAnsi="Pretendard SemiBold" w:eastAsia="Pretendard SemiBold"/>
          <w:color w:val="7A7D85"/>
          <w:sz w:val="17"/>
        </w:rPr>
        <w:t>CC BY-NC-SA 4.0</w:t>
      </w:r>
      <w:r>
        <w:rPr>
          <w:rFonts w:ascii="Pretendard" w:hAnsi="Pretendard" w:eastAsia="Pretendard"/>
          <w:color w:val="7A7D85"/>
          <w:sz w:val="17"/>
        </w:rPr>
        <w:t>처럼 적습니다.</w:t>
      </w:r>
    </w:p>
    <w:p>
      <w:pPr>
        <w:spacing w:before="180" w:after="60" w:line="240" w:lineRule="auto"/>
      </w:pPr>
      <w:r>
        <w:rPr>
          <w:rFonts w:ascii="Pretendard ExtraBold" w:hAnsi="Pretendard ExtraBold" w:eastAsia="Pretendard ExtraBold"/>
          <w:color w:val="FFFFFF"/>
          <w:sz w:val="21"/>
          <w:shd w:val="clear" w:fill="003BA0"/>
        </w:rPr>
        <w:t xml:space="preserve"> 3 </w:t>
      </w:r>
      <w:r>
        <w:rPr>
          <w:rFonts w:ascii="Pretendard" w:hAnsi="Pretendard" w:eastAsia="Pretendard"/>
          <w:color w:val="1E2026"/>
          <w:sz w:val="21"/>
        </w:rPr>
        <w:t xml:space="preserve">  </w:t>
      </w:r>
      <w:r>
        <w:rPr>
          <w:rFonts w:ascii="Pretendard SemiBold" w:hAnsi="Pretendard SemiBold" w:eastAsia="Pretendard SemiBold"/>
          <w:color w:val="1E2026"/>
          <w:sz w:val="23"/>
        </w:rPr>
        <w:t>내 자료에 남의 것이 얼마나 들어 있나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79" w:type="dxa"/>
          <w:right w:w="79" w:type="dxa"/>
        </w:tblCellMar>
        <w:tblLayout w:type="fixed"/>
        <w:tblW w:w="10319" w:type="dxa"/>
      </w:tblPr>
      <w:tblGrid>
        <w:gridCol w:w="1720"/>
        <w:gridCol w:w="1720"/>
        <w:gridCol w:w="1720"/>
        <w:gridCol w:w="1720"/>
        <w:gridCol w:w="1720"/>
        <w:gridCol w:w="1720"/>
      </w:tblGrid>
      <w:tr>
        <w:tc>
          <w:tcPr>
            <w:tcW w:type="dxa" w:w="1984"/>
            <w:shd w:val="clear" w:fill="EDF2FC"/>
            <w:tcBorders>
              <w:bottom w:val="single" w:sz="8" w:color="9FA3AC"/>
              <w:right w:val="single" w:sz="6" w:color="D5D7DD"/>
            </w:tcBorders>
          </w:tcPr>
          <w:p>
            <w:pPr>
              <w:spacing w:before="50" w:after="50" w:line="288" w:lineRule="auto"/>
              <w:jc w:val="center"/>
            </w:pPr>
            <w:r/>
          </w:p>
        </w:tc>
        <w:tc>
          <w:tcPr>
            <w:tcW w:type="dxa" w:w="1417"/>
            <w:shd w:val="clear" w:fill="EDF2FC"/>
            <w:tcBorders>
              <w:bottom w:val="single" w:sz="8" w:color="9FA3AC"/>
              <w:right w:val="single" w:sz="6" w:color="D5D7DD"/>
            </w:tcBorders>
          </w:tcPr>
          <w:p>
            <w:pPr>
              <w:spacing w:before="50" w:after="50" w:line="288" w:lineRule="auto"/>
              <w:jc w:val="center"/>
            </w:pPr>
            <w:r/>
            <w:r>
              <w:rPr>
                <w:rFonts w:ascii="Pretendard SemiBold" w:hAnsi="Pretendard SemiBold" w:eastAsia="Pretendard SemiBold"/>
                <w:color w:val="003BA0"/>
                <w:sz w:val="18"/>
              </w:rPr>
              <w:t>사진</w:t>
            </w:r>
          </w:p>
        </w:tc>
        <w:tc>
          <w:tcPr>
            <w:tcW w:type="dxa" w:w="1417"/>
            <w:shd w:val="clear" w:fill="EDF2FC"/>
            <w:tcBorders>
              <w:bottom w:val="single" w:sz="8" w:color="9FA3AC"/>
              <w:right w:val="single" w:sz="6" w:color="D5D7DD"/>
            </w:tcBorders>
          </w:tcPr>
          <w:p>
            <w:pPr>
              <w:spacing w:before="50" w:after="50" w:line="288" w:lineRule="auto"/>
              <w:jc w:val="center"/>
            </w:pPr>
            <w:r/>
            <w:r>
              <w:rPr>
                <w:rFonts w:ascii="Pretendard SemiBold" w:hAnsi="Pretendard SemiBold" w:eastAsia="Pretendard SemiBold"/>
                <w:color w:val="003BA0"/>
                <w:sz w:val="18"/>
              </w:rPr>
              <w:t>폰트</w:t>
            </w:r>
          </w:p>
        </w:tc>
        <w:tc>
          <w:tcPr>
            <w:tcW w:type="dxa" w:w="1644"/>
            <w:shd w:val="clear" w:fill="EDF2FC"/>
            <w:tcBorders>
              <w:bottom w:val="single" w:sz="8" w:color="9FA3AC"/>
              <w:right w:val="single" w:sz="6" w:color="D5D7DD"/>
            </w:tcBorders>
          </w:tcPr>
          <w:p>
            <w:pPr>
              <w:spacing w:before="50" w:after="50" w:line="288" w:lineRule="auto"/>
              <w:jc w:val="center"/>
            </w:pPr>
            <w:r/>
            <w:r>
              <w:rPr>
                <w:rFonts w:ascii="Pretendard SemiBold" w:hAnsi="Pretendard SemiBold" w:eastAsia="Pretendard SemiBold"/>
                <w:color w:val="003BA0"/>
                <w:sz w:val="18"/>
              </w:rPr>
              <w:t>아이콘</w:t>
            </w:r>
          </w:p>
        </w:tc>
        <w:tc>
          <w:tcPr>
            <w:tcW w:type="dxa" w:w="1928"/>
            <w:shd w:val="clear" w:fill="EDF2FC"/>
            <w:tcBorders>
              <w:bottom w:val="single" w:sz="8" w:color="9FA3AC"/>
              <w:right w:val="single" w:sz="6" w:color="D5D7DD"/>
            </w:tcBorders>
          </w:tcPr>
          <w:p>
            <w:pPr>
              <w:spacing w:before="50" w:after="50" w:line="288" w:lineRule="auto"/>
              <w:jc w:val="center"/>
            </w:pPr>
            <w:r/>
            <w:r>
              <w:rPr>
                <w:rFonts w:ascii="Pretendard SemiBold" w:hAnsi="Pretendard SemiBold" w:eastAsia="Pretendard SemiBold"/>
                <w:color w:val="003BA0"/>
                <w:sz w:val="18"/>
              </w:rPr>
              <w:t>음악·영상</w:t>
            </w:r>
          </w:p>
        </w:tc>
        <w:tc>
          <w:tcPr>
            <w:tcW w:type="dxa" w:w="1928"/>
            <w:shd w:val="clear" w:fill="EDF2FC"/>
            <w:tcBorders>
              <w:bottom w:val="single" w:sz="8" w:color="9FA3AC"/>
            </w:tcBorders>
          </w:tcPr>
          <w:p>
            <w:pPr>
              <w:spacing w:before="50" w:after="50" w:line="288" w:lineRule="auto"/>
              <w:jc w:val="center"/>
            </w:pPr>
            <w:r/>
            <w:r>
              <w:rPr>
                <w:rFonts w:ascii="Pretendard SemiBold" w:hAnsi="Pretendard SemiBold" w:eastAsia="Pretendard SemiBold"/>
                <w:color w:val="003BA0"/>
                <w:sz w:val="18"/>
              </w:rPr>
              <w:t>합계</w:t>
            </w:r>
          </w:p>
        </w:tc>
      </w:tr>
      <w:tr>
        <w:tc>
          <w:tcPr>
            <w:tcW w:type="dxa" w:w="1984"/>
            <w:shd w:val="clear" w:fill="FBF6EC"/>
            <w:tcBorders>
              <w:bottom w:val="single" w:sz="6" w:color="D5D7DD"/>
              <w:right w:val="single" w:sz="6" w:color="D5D7DD"/>
            </w:tcBorders>
          </w:tcPr>
          <w:p>
            <w:pPr>
              <w:spacing w:before="40" w:after="40" w:line="288" w:lineRule="auto"/>
              <w:jc w:val="center"/>
            </w:pPr>
            <w:r/>
            <w:r>
              <w:rPr>
                <w:rFonts w:ascii="Pretendard SemiBold" w:hAnsi="Pretendard SemiBold" w:eastAsia="Pretendard SemiBold"/>
                <w:color w:val="B0863C"/>
                <w:sz w:val="16"/>
              </w:rPr>
              <w:t>예시</w:t>
            </w:r>
          </w:p>
        </w:tc>
        <w:tc>
          <w:tcPr>
            <w:tcW w:type="dxa" w:w="1417"/>
            <w:shd w:val="clear" w:fill="FBF6EC"/>
            <w:tcBorders>
              <w:bottom w:val="single" w:sz="6" w:color="D5D7DD"/>
              <w:right w:val="single" w:sz="6" w:color="D5D7DD"/>
            </w:tcBorders>
          </w:tcPr>
          <w:p>
            <w:pPr>
              <w:spacing w:before="40" w:after="40" w:line="288" w:lineRule="auto"/>
              <w:jc w:val="center"/>
            </w:pPr>
            <w:r/>
            <w:r>
              <w:rPr>
                <w:rFonts w:ascii="Pretendard" w:hAnsi="Pretendard" w:eastAsia="Pretendard"/>
                <w:color w:val="7A7D85"/>
                <w:sz w:val="18"/>
              </w:rPr>
              <w:t>4</w:t>
            </w:r>
          </w:p>
        </w:tc>
        <w:tc>
          <w:tcPr>
            <w:tcW w:type="dxa" w:w="1417"/>
            <w:shd w:val="clear" w:fill="FBF6EC"/>
            <w:tcBorders>
              <w:bottom w:val="single" w:sz="6" w:color="D5D7DD"/>
              <w:right w:val="single" w:sz="6" w:color="D5D7DD"/>
            </w:tcBorders>
          </w:tcPr>
          <w:p>
            <w:pPr>
              <w:spacing w:before="40" w:after="40" w:line="288" w:lineRule="auto"/>
              <w:jc w:val="center"/>
            </w:pPr>
            <w:r/>
            <w:r>
              <w:rPr>
                <w:rFonts w:ascii="Pretendard" w:hAnsi="Pretendard" w:eastAsia="Pretendard"/>
                <w:color w:val="7A7D85"/>
                <w:sz w:val="18"/>
              </w:rPr>
              <w:t>1</w:t>
            </w:r>
          </w:p>
        </w:tc>
        <w:tc>
          <w:tcPr>
            <w:tcW w:type="dxa" w:w="1644"/>
            <w:shd w:val="clear" w:fill="FBF6EC"/>
            <w:tcBorders>
              <w:bottom w:val="single" w:sz="6" w:color="D5D7DD"/>
              <w:right w:val="single" w:sz="6" w:color="D5D7DD"/>
            </w:tcBorders>
          </w:tcPr>
          <w:p>
            <w:pPr>
              <w:spacing w:before="40" w:after="40" w:line="288" w:lineRule="auto"/>
              <w:jc w:val="center"/>
            </w:pPr>
            <w:r/>
            <w:r>
              <w:rPr>
                <w:rFonts w:ascii="Pretendard" w:hAnsi="Pretendard" w:eastAsia="Pretendard"/>
                <w:color w:val="7A7D85"/>
                <w:sz w:val="18"/>
              </w:rPr>
              <w:t>6</w:t>
            </w:r>
          </w:p>
        </w:tc>
        <w:tc>
          <w:tcPr>
            <w:tcW w:type="dxa" w:w="1928"/>
            <w:shd w:val="clear" w:fill="FBF6EC"/>
            <w:tcBorders>
              <w:bottom w:val="single" w:sz="6" w:color="D5D7DD"/>
              <w:right w:val="single" w:sz="6" w:color="D5D7DD"/>
            </w:tcBorders>
          </w:tcPr>
          <w:p>
            <w:pPr>
              <w:spacing w:before="40" w:after="40" w:line="288" w:lineRule="auto"/>
              <w:jc w:val="center"/>
            </w:pPr>
            <w:r/>
            <w:r>
              <w:rPr>
                <w:rFonts w:ascii="Pretendard" w:hAnsi="Pretendard" w:eastAsia="Pretendard"/>
                <w:color w:val="7A7D85"/>
                <w:sz w:val="18"/>
              </w:rPr>
              <w:t>0</w:t>
            </w:r>
          </w:p>
        </w:tc>
        <w:tc>
          <w:tcPr>
            <w:tcW w:type="dxa" w:w="1928"/>
            <w:shd w:val="clear" w:fill="FBF6EC"/>
            <w:tcBorders>
              <w:bottom w:val="single" w:sz="6" w:color="D5D7DD"/>
            </w:tcBorders>
          </w:tcPr>
          <w:p>
            <w:pPr>
              <w:spacing w:before="40" w:after="40" w:line="288" w:lineRule="auto"/>
              <w:jc w:val="center"/>
            </w:pPr>
            <w:r/>
            <w:r>
              <w:rPr>
                <w:rFonts w:ascii="Pretendard" w:hAnsi="Pretendard" w:eastAsia="Pretendard"/>
                <w:color w:val="7A7D85"/>
                <w:sz w:val="18"/>
              </w:rPr>
              <w:t>11</w:t>
            </w:r>
          </w:p>
        </w:tc>
      </w:tr>
      <w:tr>
        <w:trPr>
          <w:trHeight w:val="510" w:hRule="exact"/>
        </w:trPr>
        <w:tc>
          <w:tcPr>
            <w:tcW w:type="dxa" w:w="1984"/>
            <w:tcBorders>
              <w:bottom w:val="single" w:sz="6" w:color="D5D7DD"/>
              <w:right w:val="single" w:sz="6" w:color="D5D7DD"/>
            </w:tcBorders>
            <w:shd w:val="clear" w:fill="EDF2FC"/>
          </w:tcPr>
          <w:p>
            <w:pPr>
              <w:spacing w:before="40" w:after="40" w:line="288" w:lineRule="auto"/>
            </w:pPr>
            <w:r/>
            <w:r>
              <w:rPr>
                <w:rFonts w:ascii="Pretendard SemiBold" w:hAnsi="Pretendard SemiBold" w:eastAsia="Pretendard SemiBold"/>
                <w:color w:val="1E2026"/>
                <w:sz w:val="19"/>
              </w:rPr>
              <w:t>몇 개 들어 있나</w:t>
            </w:r>
          </w:p>
        </w:tc>
        <w:tc>
          <w:tcPr>
            <w:tcW w:type="dxa" w:w="1417"/>
            <w:tcBorders>
              <w:bottom w:val="single" w:sz="6" w:color="D5D7DD"/>
              <w:right w:val="single" w:sz="6" w:color="D5D7DD"/>
            </w:tcBorders>
          </w:tcPr>
          <w:p>
            <w:pPr>
              <w:spacing w:before="40" w:after="40" w:line="288" w:lineRule="auto"/>
              <w:jc w:val="center"/>
            </w:pPr>
            <w:r/>
          </w:p>
        </w:tc>
        <w:tc>
          <w:tcPr>
            <w:tcW w:type="dxa" w:w="1417"/>
            <w:tcBorders>
              <w:bottom w:val="single" w:sz="6" w:color="D5D7DD"/>
              <w:right w:val="single" w:sz="6" w:color="D5D7DD"/>
            </w:tcBorders>
          </w:tcPr>
          <w:p>
            <w:pPr>
              <w:spacing w:before="40" w:after="40" w:line="288" w:lineRule="auto"/>
              <w:jc w:val="center"/>
            </w:pPr>
            <w:r/>
          </w:p>
        </w:tc>
        <w:tc>
          <w:tcPr>
            <w:tcW w:type="dxa" w:w="1644"/>
            <w:tcBorders>
              <w:bottom w:val="single" w:sz="6" w:color="D5D7DD"/>
              <w:right w:val="single" w:sz="6" w:color="D5D7DD"/>
            </w:tcBorders>
          </w:tcPr>
          <w:p>
            <w:pPr>
              <w:spacing w:before="40" w:after="40" w:line="288" w:lineRule="auto"/>
              <w:jc w:val="center"/>
            </w:pPr>
            <w:r/>
          </w:p>
        </w:tc>
        <w:tc>
          <w:tcPr>
            <w:tcW w:type="dxa" w:w="1928"/>
            <w:tcBorders>
              <w:bottom w:val="single" w:sz="6" w:color="D5D7DD"/>
              <w:right w:val="single" w:sz="6" w:color="D5D7DD"/>
            </w:tcBorders>
          </w:tcPr>
          <w:p>
            <w:pPr>
              <w:spacing w:before="40" w:after="40" w:line="288" w:lineRule="auto"/>
              <w:jc w:val="center"/>
            </w:pPr>
            <w:r/>
          </w:p>
        </w:tc>
        <w:tc>
          <w:tcPr>
            <w:tcW w:type="dxa" w:w="1928"/>
            <w:tcBorders>
              <w:bottom w:val="single" w:sz="6" w:color="D5D7DD"/>
            </w:tcBorders>
          </w:tcPr>
          <w:p>
            <w:pPr>
              <w:spacing w:before="40" w:after="40" w:line="288" w:lineRule="auto"/>
              <w:jc w:val="center"/>
            </w:pPr>
            <w:r/>
          </w:p>
        </w:tc>
      </w:tr>
    </w:tbl>
    <w:p>
      <w:pPr>
        <w:spacing w:before="60" w:after="0"/>
      </w:pPr>
      <w:r>
        <w:rPr>
          <w:rFonts w:ascii="Pretendard" w:hAnsi="Pretendard" w:eastAsia="Pretendard"/>
          <w:color w:val="1E2026"/>
          <w:sz w:val="18"/>
        </w:rPr>
        <w:t xml:space="preserve">이 중 출처가 </w:t>
      </w:r>
      <w:r>
        <w:rPr>
          <w:rFonts w:ascii="Pretendard SemiBold" w:hAnsi="Pretendard SemiBold" w:eastAsia="Pretendard SemiBold"/>
          <w:color w:val="1E2026"/>
          <w:sz w:val="18"/>
        </w:rPr>
        <w:t>확인되는 것 ______개</w:t>
      </w:r>
      <w:r>
        <w:rPr>
          <w:rFonts w:ascii="Pretendard" w:hAnsi="Pretendard" w:eastAsia="Pretendard"/>
          <w:color w:val="1E2026"/>
          <w:sz w:val="18"/>
        </w:rPr>
        <w:t xml:space="preserve">  ·  </w:t>
      </w:r>
      <w:r>
        <w:rPr>
          <w:rFonts w:ascii="Pretendard SemiBold" w:hAnsi="Pretendard SemiBold" w:eastAsia="Pretendard SemiBold"/>
          <w:color w:val="1E2026"/>
          <w:sz w:val="18"/>
        </w:rPr>
        <w:t>확인 안 되는 것 ______개</w:t>
      </w:r>
      <w:r>
        <w:rPr>
          <w:rFonts w:ascii="Pretendard" w:hAnsi="Pretendard" w:eastAsia="Pretendard"/>
          <w:color w:val="1E2026"/>
          <w:sz w:val="18"/>
        </w:rPr>
        <w:t xml:space="preserve">  — 확인 안 되는 것은 쓰지 않는 것이 원칙입니다.</w:t>
      </w:r>
    </w:p>
    <w:p>
      <w:pPr>
        <w:spacing w:before="180" w:after="60" w:line="240" w:lineRule="auto"/>
      </w:pPr>
      <w:r>
        <w:rPr>
          <w:rFonts w:ascii="Pretendard ExtraBold" w:hAnsi="Pretendard ExtraBold" w:eastAsia="Pretendard ExtraBold"/>
          <w:color w:val="FFFFFF"/>
          <w:sz w:val="21"/>
          <w:shd w:val="clear" w:fill="003BA0"/>
        </w:rPr>
        <w:t xml:space="preserve"> 4 </w:t>
      </w:r>
      <w:r>
        <w:rPr>
          <w:rFonts w:ascii="Pretendard" w:hAnsi="Pretendard" w:eastAsia="Pretendard"/>
          <w:color w:val="1E2026"/>
          <w:sz w:val="21"/>
        </w:rPr>
        <w:t xml:space="preserve">  </w:t>
      </w:r>
      <w:r>
        <w:rPr>
          <w:rFonts w:ascii="Pretendard SemiBold" w:hAnsi="Pretendard SemiBold" w:eastAsia="Pretendard SemiBold"/>
          <w:color w:val="1E2026"/>
          <w:sz w:val="23"/>
        </w:rPr>
        <w:t>교체 기록 — 확인 안 된 것부터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79" w:type="dxa"/>
          <w:right w:w="79" w:type="dxa"/>
        </w:tblCellMar>
        <w:tblLayout w:type="fixed"/>
        <w:tblW w:w="10319" w:type="dxa"/>
      </w:tblPr>
      <w:tblGrid>
        <w:gridCol w:w="2579"/>
        <w:gridCol w:w="2579"/>
        <w:gridCol w:w="2579"/>
        <w:gridCol w:w="2579"/>
      </w:tblGrid>
      <w:tr>
        <w:tc>
          <w:tcPr>
            <w:tcW w:type="dxa" w:w="624"/>
            <w:shd w:val="clear" w:fill="EDF2FC"/>
            <w:tcBorders>
              <w:bottom w:val="single" w:sz="8" w:color="9FA3AC"/>
              <w:right w:val="single" w:sz="6" w:color="D5D7DD"/>
            </w:tcBorders>
          </w:tcPr>
          <w:p>
            <w:pPr>
              <w:spacing w:before="50" w:after="50" w:line="288" w:lineRule="auto"/>
              <w:jc w:val="center"/>
            </w:pPr>
            <w:r/>
          </w:p>
        </w:tc>
        <w:tc>
          <w:tcPr>
            <w:tcW w:type="dxa" w:w="3118"/>
            <w:shd w:val="clear" w:fill="EDF2FC"/>
            <w:tcBorders>
              <w:bottom w:val="single" w:sz="8" w:color="9FA3AC"/>
              <w:right w:val="single" w:sz="6" w:color="D5D7DD"/>
            </w:tcBorders>
          </w:tcPr>
          <w:p>
            <w:pPr>
              <w:spacing w:before="50" w:after="50" w:line="288" w:lineRule="auto"/>
              <w:jc w:val="center"/>
            </w:pPr>
            <w:r/>
            <w:r>
              <w:rPr>
                <w:rFonts w:ascii="Pretendard SemiBold" w:hAnsi="Pretendard SemiBold" w:eastAsia="Pretendard SemiBold"/>
                <w:color w:val="003BA0"/>
                <w:sz w:val="18"/>
              </w:rPr>
              <w:t>무엇을 뺐나</w:t>
            </w:r>
          </w:p>
        </w:tc>
        <w:tc>
          <w:tcPr>
            <w:tcW w:type="dxa" w:w="3175"/>
            <w:shd w:val="clear" w:fill="EDF2FC"/>
            <w:tcBorders>
              <w:bottom w:val="single" w:sz="8" w:color="9FA3AC"/>
              <w:right w:val="single" w:sz="6" w:color="D5D7DD"/>
            </w:tcBorders>
          </w:tcPr>
          <w:p>
            <w:pPr>
              <w:spacing w:before="50" w:after="50" w:line="288" w:lineRule="auto"/>
              <w:jc w:val="center"/>
            </w:pPr>
            <w:r/>
            <w:r>
              <w:rPr>
                <w:rFonts w:ascii="Pretendard SemiBold" w:hAnsi="Pretendard SemiBold" w:eastAsia="Pretendard SemiBold"/>
                <w:color w:val="003BA0"/>
                <w:sz w:val="18"/>
              </w:rPr>
              <w:t>어디서 새로 받았나</w:t>
            </w:r>
          </w:p>
        </w:tc>
        <w:tc>
          <w:tcPr>
            <w:tcW w:type="dxa" w:w="3402"/>
            <w:shd w:val="clear" w:fill="EDF2FC"/>
            <w:tcBorders>
              <w:bottom w:val="single" w:sz="8" w:color="9FA3AC"/>
            </w:tcBorders>
          </w:tcPr>
          <w:p>
            <w:pPr>
              <w:spacing w:before="50" w:after="50" w:line="288" w:lineRule="auto"/>
              <w:jc w:val="center"/>
            </w:pPr>
            <w:r/>
            <w:r>
              <w:rPr>
                <w:rFonts w:ascii="Pretendard SemiBold" w:hAnsi="Pretendard SemiBold" w:eastAsia="Pretendard SemiBold"/>
                <w:color w:val="003BA0"/>
                <w:sz w:val="18"/>
              </w:rPr>
              <w:t>새 자료의 이용 조건</w:t>
            </w:r>
          </w:p>
        </w:tc>
      </w:tr>
      <w:tr>
        <w:tc>
          <w:tcPr>
            <w:tcW w:type="dxa" w:w="624"/>
            <w:shd w:val="clear" w:fill="FBF6EC"/>
            <w:tcBorders>
              <w:bottom w:val="single" w:sz="6" w:color="D5D7DD"/>
              <w:right w:val="single" w:sz="6" w:color="D5D7DD"/>
            </w:tcBorders>
          </w:tcPr>
          <w:p>
            <w:pPr>
              <w:spacing w:before="40" w:after="40" w:line="288" w:lineRule="auto"/>
              <w:jc w:val="center"/>
            </w:pPr>
            <w:r/>
            <w:r>
              <w:rPr>
                <w:rFonts w:ascii="Pretendard SemiBold" w:hAnsi="Pretendard SemiBold" w:eastAsia="Pretendard SemiBold"/>
                <w:color w:val="B0863C"/>
                <w:sz w:val="16"/>
              </w:rPr>
              <w:t>예시</w:t>
            </w:r>
          </w:p>
        </w:tc>
        <w:tc>
          <w:tcPr>
            <w:tcW w:type="dxa" w:w="3118"/>
            <w:shd w:val="clear" w:fill="FBF6EC"/>
            <w:tcBorders>
              <w:bottom w:val="single" w:sz="6" w:color="D5D7DD"/>
              <w:right w:val="single" w:sz="6" w:color="D5D7DD"/>
            </w:tcBorders>
          </w:tcPr>
          <w:p>
            <w:pPr>
              <w:spacing w:before="40" w:after="40" w:line="288" w:lineRule="auto"/>
            </w:pPr>
            <w:r/>
            <w:r>
              <w:rPr>
                <w:rFonts w:ascii="Pretendard" w:hAnsi="Pretendard" w:eastAsia="Pretendard"/>
                <w:color w:val="7A7D85"/>
                <w:sz w:val="18"/>
              </w:rPr>
              <w:t>검색해서 받은 지구 사진</w:t>
            </w:r>
          </w:p>
        </w:tc>
        <w:tc>
          <w:tcPr>
            <w:tcW w:type="dxa" w:w="3175"/>
            <w:shd w:val="clear" w:fill="FBF6EC"/>
            <w:tcBorders>
              <w:bottom w:val="single" w:sz="6" w:color="D5D7DD"/>
              <w:right w:val="single" w:sz="6" w:color="D5D7DD"/>
            </w:tcBorders>
          </w:tcPr>
          <w:p>
            <w:pPr>
              <w:spacing w:before="40" w:after="40" w:line="288" w:lineRule="auto"/>
            </w:pPr>
            <w:r/>
            <w:r>
              <w:rPr>
                <w:rFonts w:ascii="Pretendard" w:hAnsi="Pretendard" w:eastAsia="Pretendard"/>
                <w:color w:val="7A7D85"/>
                <w:sz w:val="18"/>
              </w:rPr>
              <w:t>openverse.org</w:t>
            </w:r>
          </w:p>
        </w:tc>
        <w:tc>
          <w:tcPr>
            <w:tcW w:type="dxa" w:w="3402"/>
            <w:shd w:val="clear" w:fill="FBF6EC"/>
            <w:tcBorders>
              <w:bottom w:val="single" w:sz="6" w:color="D5D7DD"/>
            </w:tcBorders>
          </w:tcPr>
          <w:p>
            <w:pPr>
              <w:spacing w:before="40" w:after="40" w:line="288" w:lineRule="auto"/>
            </w:pPr>
            <w:r/>
            <w:r>
              <w:rPr>
                <w:rFonts w:ascii="Pretendard" w:hAnsi="Pretendard" w:eastAsia="Pretendard"/>
                <w:color w:val="7A7D85"/>
                <w:sz w:val="18"/>
              </w:rPr>
              <w:t>CC BY 4.0</w:t>
            </w:r>
          </w:p>
        </w:tc>
      </w:tr>
      <w:tr>
        <w:trPr>
          <w:trHeight w:val="481" w:hRule="exact"/>
        </w:trPr>
        <w:tc>
          <w:tcPr>
            <w:tcW w:type="dxa" w:w="624"/>
            <w:shd w:val="clear" w:fill="EDF2FC"/>
            <w:tcBorders>
              <w:bottom w:val="single" w:sz="6" w:color="D5D7DD"/>
              <w:right w:val="single" w:sz="6" w:color="D5D7DD"/>
            </w:tcBorders>
          </w:tcPr>
          <w:p>
            <w:pPr>
              <w:spacing w:before="40" w:after="40" w:line="288" w:lineRule="auto"/>
              <w:jc w:val="center"/>
            </w:pPr>
            <w:r/>
            <w:r>
              <w:rPr>
                <w:rFonts w:ascii="Pretendard SemiBold" w:hAnsi="Pretendard SemiBold" w:eastAsia="Pretendard SemiBold"/>
                <w:color w:val="003BA0"/>
                <w:sz w:val="19"/>
              </w:rPr>
              <w:t>1</w:t>
            </w:r>
          </w:p>
        </w:tc>
        <w:tc>
          <w:tcPr>
            <w:tcW w:type="dxa" w:w="3118"/>
            <w:tcBorders>
              <w:bottom w:val="single" w:sz="6" w:color="D5D7DD"/>
              <w:right w:val="single" w:sz="6" w:color="D5D7DD"/>
            </w:tcBorders>
          </w:tcPr>
          <w:p>
            <w:pPr>
              <w:spacing w:before="40" w:after="40" w:line="288" w:lineRule="auto"/>
            </w:pPr>
            <w:r/>
          </w:p>
        </w:tc>
        <w:tc>
          <w:tcPr>
            <w:tcW w:type="dxa" w:w="3175"/>
            <w:tcBorders>
              <w:bottom w:val="single" w:sz="6" w:color="D5D7DD"/>
              <w:right w:val="single" w:sz="6" w:color="D5D7DD"/>
            </w:tcBorders>
          </w:tcPr>
          <w:p>
            <w:pPr>
              <w:spacing w:before="40" w:after="40" w:line="288" w:lineRule="auto"/>
            </w:pPr>
            <w:r/>
          </w:p>
        </w:tc>
        <w:tc>
          <w:tcPr>
            <w:tcW w:type="dxa" w:w="3402"/>
            <w:tcBorders>
              <w:bottom w:val="single" w:sz="6" w:color="D5D7DD"/>
            </w:tcBorders>
          </w:tcPr>
          <w:p>
            <w:pPr>
              <w:spacing w:before="40" w:after="40" w:line="288" w:lineRule="auto"/>
            </w:pPr>
            <w:r/>
          </w:p>
        </w:tc>
      </w:tr>
      <w:tr>
        <w:trPr>
          <w:trHeight w:val="481" w:hRule="exact"/>
        </w:trPr>
        <w:tc>
          <w:tcPr>
            <w:tcW w:type="dxa" w:w="624"/>
            <w:shd w:val="clear" w:fill="EDF2FC"/>
            <w:tcBorders>
              <w:bottom w:val="single" w:sz="6" w:color="D5D7DD"/>
              <w:right w:val="single" w:sz="6" w:color="D5D7DD"/>
            </w:tcBorders>
          </w:tcPr>
          <w:p>
            <w:pPr>
              <w:spacing w:before="40" w:after="40" w:line="288" w:lineRule="auto"/>
              <w:jc w:val="center"/>
            </w:pPr>
            <w:r/>
            <w:r>
              <w:rPr>
                <w:rFonts w:ascii="Pretendard SemiBold" w:hAnsi="Pretendard SemiBold" w:eastAsia="Pretendard SemiBold"/>
                <w:color w:val="003BA0"/>
                <w:sz w:val="19"/>
              </w:rPr>
              <w:t>2</w:t>
            </w:r>
          </w:p>
        </w:tc>
        <w:tc>
          <w:tcPr>
            <w:tcW w:type="dxa" w:w="3118"/>
            <w:tcBorders>
              <w:bottom w:val="single" w:sz="6" w:color="D5D7DD"/>
              <w:right w:val="single" w:sz="6" w:color="D5D7DD"/>
            </w:tcBorders>
          </w:tcPr>
          <w:p>
            <w:pPr>
              <w:spacing w:before="40" w:after="40" w:line="288" w:lineRule="auto"/>
            </w:pPr>
            <w:r/>
          </w:p>
        </w:tc>
        <w:tc>
          <w:tcPr>
            <w:tcW w:type="dxa" w:w="3175"/>
            <w:tcBorders>
              <w:bottom w:val="single" w:sz="6" w:color="D5D7DD"/>
              <w:right w:val="single" w:sz="6" w:color="D5D7DD"/>
            </w:tcBorders>
          </w:tcPr>
          <w:p>
            <w:pPr>
              <w:spacing w:before="40" w:after="40" w:line="288" w:lineRule="auto"/>
            </w:pPr>
            <w:r/>
          </w:p>
        </w:tc>
        <w:tc>
          <w:tcPr>
            <w:tcW w:type="dxa" w:w="3402"/>
            <w:tcBorders>
              <w:bottom w:val="single" w:sz="6" w:color="D5D7DD"/>
            </w:tcBorders>
          </w:tcPr>
          <w:p>
            <w:pPr>
              <w:spacing w:before="40" w:after="40" w:line="288" w:lineRule="auto"/>
            </w:pPr>
            <w:r/>
          </w:p>
        </w:tc>
      </w:tr>
      <w:tr>
        <w:trPr>
          <w:trHeight w:val="481" w:hRule="exact"/>
        </w:trPr>
        <w:tc>
          <w:tcPr>
            <w:tcW w:type="dxa" w:w="624"/>
            <w:shd w:val="clear" w:fill="EDF2FC"/>
            <w:tcBorders>
              <w:bottom w:val="single" w:sz="6" w:color="D5D7DD"/>
              <w:right w:val="single" w:sz="6" w:color="D5D7DD"/>
            </w:tcBorders>
          </w:tcPr>
          <w:p>
            <w:pPr>
              <w:spacing w:before="40" w:after="40" w:line="288" w:lineRule="auto"/>
              <w:jc w:val="center"/>
            </w:pPr>
            <w:r/>
            <w:r>
              <w:rPr>
                <w:rFonts w:ascii="Pretendard SemiBold" w:hAnsi="Pretendard SemiBold" w:eastAsia="Pretendard SemiBold"/>
                <w:color w:val="003BA0"/>
                <w:sz w:val="19"/>
              </w:rPr>
              <w:t>3</w:t>
            </w:r>
          </w:p>
        </w:tc>
        <w:tc>
          <w:tcPr>
            <w:tcW w:type="dxa" w:w="3118"/>
            <w:tcBorders>
              <w:bottom w:val="single" w:sz="6" w:color="D5D7DD"/>
              <w:right w:val="single" w:sz="6" w:color="D5D7DD"/>
            </w:tcBorders>
          </w:tcPr>
          <w:p>
            <w:pPr>
              <w:spacing w:before="40" w:after="40" w:line="288" w:lineRule="auto"/>
            </w:pPr>
            <w:r/>
          </w:p>
        </w:tc>
        <w:tc>
          <w:tcPr>
            <w:tcW w:type="dxa" w:w="3175"/>
            <w:tcBorders>
              <w:bottom w:val="single" w:sz="6" w:color="D5D7DD"/>
              <w:right w:val="single" w:sz="6" w:color="D5D7DD"/>
            </w:tcBorders>
          </w:tcPr>
          <w:p>
            <w:pPr>
              <w:spacing w:before="40" w:after="40" w:line="288" w:lineRule="auto"/>
            </w:pPr>
            <w:r/>
          </w:p>
        </w:tc>
        <w:tc>
          <w:tcPr>
            <w:tcW w:type="dxa" w:w="3402"/>
            <w:tcBorders>
              <w:bottom w:val="single" w:sz="6" w:color="D5D7DD"/>
            </w:tcBorders>
          </w:tcPr>
          <w:p>
            <w:pPr>
              <w:spacing w:before="40" w:after="40" w:line="288" w:lineRule="auto"/>
            </w:pPr>
            <w:r/>
          </w:p>
        </w:tc>
      </w:tr>
    </w:tbl>
    <w:p>
      <w:pPr>
        <w:spacing w:before="180" w:after="60" w:line="240" w:lineRule="auto"/>
      </w:pPr>
      <w:r>
        <w:rPr>
          <w:rFonts w:ascii="Pretendard ExtraBold" w:hAnsi="Pretendard ExtraBold" w:eastAsia="Pretendard ExtraBold"/>
          <w:color w:val="FFFFFF"/>
          <w:sz w:val="21"/>
          <w:shd w:val="clear" w:fill="003BA0"/>
        </w:rPr>
        <w:t xml:space="preserve"> 5 </w:t>
      </w:r>
      <w:r>
        <w:rPr>
          <w:rFonts w:ascii="Pretendard" w:hAnsi="Pretendard" w:eastAsia="Pretendard"/>
          <w:color w:val="1E2026"/>
          <w:sz w:val="21"/>
        </w:rPr>
        <w:t xml:space="preserve">  </w:t>
      </w:r>
      <w:r>
        <w:rPr>
          <w:rFonts w:ascii="Pretendard SemiBold" w:hAnsi="Pretendard SemiBold" w:eastAsia="Pretendard SemiBold"/>
          <w:color w:val="1E2026"/>
          <w:sz w:val="23"/>
        </w:rPr>
        <w:t>내 자료 아래에 붙일 문구 — 그대로 옮겨 쓰십시오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79" w:type="dxa"/>
          <w:right w:w="79" w:type="dxa"/>
        </w:tblCellMar>
        <w:tblLayout w:type="fixed"/>
        <w:tblW w:w="10319" w:type="dxa"/>
      </w:tblPr>
      <w:tblGrid>
        <w:gridCol w:w="10318"/>
      </w:tblGrid>
      <w:tr>
        <w:tc>
          <w:tcPr>
            <w:tcW w:type="dxa" w:w="10318"/>
            <w:shd w:val="clear" w:fill="EDF2FC"/>
            <w:tcBorders>
              <w:bottom w:val="single" w:sz="8" w:color="9FA3AC"/>
            </w:tcBorders>
          </w:tcPr>
          <w:p>
            <w:pPr>
              <w:spacing w:before="100" w:after="100" w:line="288" w:lineRule="auto"/>
              <w:jc w:val="center"/>
            </w:pPr>
            <w:r/>
            <w:r>
              <w:rPr>
                <w:rFonts w:ascii="Pretendard ExtraBold" w:hAnsi="Pretendard ExtraBold" w:eastAsia="Pretendard ExtraBold"/>
                <w:color w:val="1E2026"/>
                <w:sz w:val="22"/>
              </w:rPr>
              <w:t>○○초등학교 ○○○ 만듦 · CC BY-NC-SA 4.0 · 사진 출처 Openverse</w:t>
            </w:r>
          </w:p>
        </w:tc>
      </w:tr>
    </w:tbl>
    <w:p>
      <w:pPr>
        <w:spacing w:before="180" w:after="60" w:line="240" w:lineRule="auto"/>
      </w:pPr>
      <w:r>
        <w:rPr>
          <w:rFonts w:ascii="Pretendard ExtraBold" w:hAnsi="Pretendard ExtraBold" w:eastAsia="Pretendard ExtraBold"/>
          <w:color w:val="FFFFFF"/>
          <w:sz w:val="21"/>
          <w:shd w:val="clear" w:fill="003BA0"/>
        </w:rPr>
        <w:t xml:space="preserve"> 6 </w:t>
      </w:r>
      <w:r>
        <w:rPr>
          <w:rFonts w:ascii="Pretendard" w:hAnsi="Pretendard" w:eastAsia="Pretendard"/>
          <w:color w:val="1E2026"/>
          <w:sz w:val="21"/>
        </w:rPr>
        <w:t xml:space="preserve">  </w:t>
      </w:r>
      <w:r>
        <w:rPr>
          <w:rFonts w:ascii="Pretendard SemiBold" w:hAnsi="Pretendard SemiBold" w:eastAsia="Pretendard SemiBold"/>
          <w:color w:val="1E2026"/>
          <w:sz w:val="23"/>
        </w:rPr>
        <w:t>자료 받는 곳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79" w:type="dxa"/>
          <w:right w:w="79" w:type="dxa"/>
        </w:tblCellMar>
        <w:tblLayout w:type="fixed"/>
        <w:tblW w:w="10319" w:type="dxa"/>
      </w:tblPr>
      <w:tblGrid>
        <w:gridCol w:w="2579"/>
        <w:gridCol w:w="2579"/>
        <w:gridCol w:w="2579"/>
        <w:gridCol w:w="2579"/>
      </w:tblGrid>
      <w:tr>
        <w:tc>
          <w:tcPr>
            <w:tcW w:type="dxa" w:w="1304"/>
            <w:shd w:val="clear" w:fill="E9EFFC"/>
            <w:tcBorders>
              <w:bottom w:val="single" w:sz="6" w:color="D5D7DD"/>
            </w:tcBorders>
          </w:tcPr>
          <w:p>
            <w:pPr>
              <w:spacing w:before="40" w:after="40" w:line="288" w:lineRule="auto"/>
              <w:jc w:val="center"/>
            </w:pPr>
            <w:r/>
            <w:r>
              <w:rPr>
                <w:rFonts w:ascii="Pretendard SemiBold" w:hAnsi="Pretendard SemiBold" w:eastAsia="Pretendard SemiBold"/>
                <w:color w:val="1F4FCC"/>
                <w:sz w:val="17"/>
              </w:rPr>
              <w:t>이미지</w:t>
            </w:r>
          </w:p>
        </w:tc>
        <w:tc>
          <w:tcPr>
            <w:tcW w:type="dxa" w:w="3855"/>
            <w:tcBorders>
              <w:bottom w:val="single" w:sz="6" w:color="D5D7DD"/>
            </w:tcBorders>
          </w:tcPr>
          <w:p>
            <w:pPr>
              <w:spacing w:before="40" w:after="40" w:line="288" w:lineRule="auto"/>
            </w:pPr>
            <w:r/>
            <w:r>
              <w:rPr>
                <w:rFonts w:ascii="Pretendard" w:hAnsi="Pretendard" w:eastAsia="Pretendard"/>
                <w:color w:val="1E2026"/>
                <w:sz w:val="17"/>
              </w:rPr>
              <w:t>openverse.org · pixabay.com</w:t>
            </w:r>
          </w:p>
        </w:tc>
        <w:tc>
          <w:tcPr>
            <w:tcW w:type="dxa" w:w="1417"/>
            <w:shd w:val="clear" w:fill="E6F4EE"/>
            <w:tcBorders>
              <w:bottom w:val="single" w:sz="6" w:color="D5D7DD"/>
            </w:tcBorders>
          </w:tcPr>
          <w:p>
            <w:pPr>
              <w:spacing w:before="40" w:after="40" w:line="288" w:lineRule="auto"/>
              <w:jc w:val="center"/>
            </w:pPr>
            <w:r/>
            <w:r>
              <w:rPr>
                <w:rFonts w:ascii="Pretendard SemiBold" w:hAnsi="Pretendard SemiBold" w:eastAsia="Pretendard SemiBold"/>
                <w:color w:val="1B7A55"/>
                <w:sz w:val="17"/>
              </w:rPr>
              <w:t>폰트</w:t>
            </w:r>
          </w:p>
        </w:tc>
        <w:tc>
          <w:tcPr>
            <w:tcW w:type="dxa" w:w="3742"/>
            <w:tcBorders>
              <w:bottom w:val="single" w:sz="6" w:color="D5D7DD"/>
            </w:tcBorders>
          </w:tcPr>
          <w:p>
            <w:pPr>
              <w:spacing w:before="40" w:after="40" w:line="288" w:lineRule="auto"/>
            </w:pPr>
            <w:r/>
            <w:r>
              <w:rPr>
                <w:rFonts w:ascii="Pretendard" w:hAnsi="Pretendard" w:eastAsia="Pretendard"/>
                <w:color w:val="1E2026"/>
                <w:sz w:val="17"/>
              </w:rPr>
              <w:t>noonnu.cc (상업용 무료 한글폰트)</w:t>
            </w:r>
          </w:p>
        </w:tc>
      </w:tr>
      <w:tr>
        <w:tc>
          <w:tcPr>
            <w:tcW w:type="dxa" w:w="1304"/>
            <w:shd w:val="clear" w:fill="F1EAFA"/>
            <w:tcBorders>
              <w:bottom w:val="single" w:sz="6" w:color="D5D7DD"/>
            </w:tcBorders>
          </w:tcPr>
          <w:p>
            <w:pPr>
              <w:spacing w:before="40" w:after="40" w:line="288" w:lineRule="auto"/>
              <w:jc w:val="center"/>
            </w:pPr>
            <w:r/>
            <w:r>
              <w:rPr>
                <w:rFonts w:ascii="Pretendard SemiBold" w:hAnsi="Pretendard SemiBold" w:eastAsia="Pretendard SemiBold"/>
                <w:color w:val="6B3FA0"/>
                <w:sz w:val="17"/>
              </w:rPr>
              <w:t>아이콘</w:t>
            </w:r>
          </w:p>
        </w:tc>
        <w:tc>
          <w:tcPr>
            <w:tcW w:type="dxa" w:w="3855"/>
            <w:tcBorders>
              <w:bottom w:val="single" w:sz="6" w:color="D5D7DD"/>
            </w:tcBorders>
          </w:tcPr>
          <w:p>
            <w:pPr>
              <w:spacing w:before="40" w:after="40" w:line="288" w:lineRule="auto"/>
            </w:pPr>
            <w:r/>
            <w:r>
              <w:rPr>
                <w:rFonts w:ascii="Pretendard" w:hAnsi="Pretendard" w:eastAsia="Pretendard"/>
                <w:color w:val="1E2026"/>
                <w:sz w:val="17"/>
              </w:rPr>
              <w:t>flaticon.com · fonts.google.com/icons</w:t>
            </w:r>
          </w:p>
        </w:tc>
        <w:tc>
          <w:tcPr>
            <w:tcW w:type="dxa" w:w="1417"/>
            <w:shd w:val="clear" w:fill="FBF0E4"/>
            <w:tcBorders>
              <w:bottom w:val="single" w:sz="6" w:color="D5D7DD"/>
            </w:tcBorders>
          </w:tcPr>
          <w:p>
            <w:pPr>
              <w:spacing w:before="40" w:after="40" w:line="288" w:lineRule="auto"/>
              <w:jc w:val="center"/>
            </w:pPr>
            <w:r/>
            <w:r>
              <w:rPr>
                <w:rFonts w:ascii="Pretendard SemiBold" w:hAnsi="Pretendard SemiBold" w:eastAsia="Pretendard SemiBold"/>
                <w:color w:val="B0630F"/>
                <w:sz w:val="17"/>
              </w:rPr>
              <w:t>표시 만들기</w:t>
            </w:r>
          </w:p>
        </w:tc>
        <w:tc>
          <w:tcPr>
            <w:tcW w:type="dxa" w:w="3742"/>
            <w:tcBorders>
              <w:bottom w:val="single" w:sz="6" w:color="D5D7DD"/>
            </w:tcBorders>
          </w:tcPr>
          <w:p>
            <w:pPr>
              <w:spacing w:before="40" w:after="40" w:line="288" w:lineRule="auto"/>
            </w:pPr>
            <w:r/>
            <w:r>
              <w:rPr>
                <w:rFonts w:ascii="Pretendard" w:hAnsi="Pretendard" w:eastAsia="Pretendard"/>
                <w:color w:val="1E2026"/>
                <w:sz w:val="17"/>
              </w:rPr>
              <w:t>chooser-beta.creativecommons.org</w:t>
            </w:r>
          </w:p>
        </w:tc>
      </w:tr>
    </w:tbl>
    <w:p>
      <w:pPr>
        <w:spacing w:before="0" w:after="0" w:lineRule="exact" w:line="20"/>
      </w:pPr>
      <w:r>
        <w:rPr>
          <w:sz w:val="2"/>
        </w:rPr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79" w:type="dxa"/>
          <w:right w:w="79" w:type="dxa"/>
        </w:tblCellMar>
        <w:tblLayout w:type="fixed"/>
        <w:tblW w:w="10319" w:type="dxa"/>
      </w:tblPr>
      <w:tblGrid>
        <w:gridCol w:w="10318"/>
      </w:tblGrid>
      <w:tr>
        <w:tc>
          <w:tcPr>
            <w:tcW w:type="dxa" w:w="10318"/>
            <w:shd w:val="clear" w:fill="FBF6EC"/>
            <w:tcBorders>
              <w:left w:val="single" w:sz="18" w:color="003BA0"/>
            </w:tcBorders>
          </w:tcPr>
          <w:p>
            <w:pPr>
              <w:spacing w:before="80" w:after="80" w:line="348" w:lineRule="auto"/>
            </w:pPr>
            <w:r/>
            <w:r>
              <w:rPr>
                <w:rFonts w:ascii="Pretendard" w:hAnsi="Pretendard" w:eastAsia="Pretendard"/>
                <w:color w:val="1E2026"/>
                <w:sz w:val="19"/>
              </w:rPr>
              <w:t xml:space="preserve">오늘 나갈 때 </w:t>
            </w:r>
            <w:r>
              <w:rPr>
                <w:rFonts w:ascii="Pretendard SemiBold" w:hAnsi="Pretendard SemiBold" w:eastAsia="Pretendard SemiBold"/>
                <w:color w:val="1E2026"/>
                <w:sz w:val="19"/>
              </w:rPr>
              <w:t>이용 허락 조건이 붙은 내 자료 1개</w:t>
            </w:r>
            <w:r>
              <w:rPr>
                <w:rFonts w:ascii="Pretendard" w:hAnsi="Pretendard" w:eastAsia="Pretendard"/>
                <w:color w:val="1E2026"/>
                <w:sz w:val="19"/>
              </w:rPr>
              <w:t>를 가지고 나갑니다.</w:t>
            </w:r>
          </w:p>
        </w:tc>
      </w:tr>
    </w:tbl>
    <w:p>
      <w:pPr>
        <w:tabs>
          <w:tab w:pos="1106" w:val="left"/>
        </w:tabs>
        <w:spacing w:before="100" w:after="0" w:line="283" w:lineRule="auto"/>
        <w:ind w:left="1106" w:hanging="1106"/>
        <w:pBdr>
          <w:top w:val="single" w:sz="6" w:color="D5D7DD" w:space="5"/>
        </w:pBdr>
      </w:pPr>
      <w:r>
        <w:rPr>
          <w:rFonts w:ascii="Pretendard SemiBold" w:hAnsi="Pretendard SemiBold" w:eastAsia="Pretendard SemiBold"/>
          <w:color w:val="003BA0"/>
          <w:sz w:val="15"/>
        </w:rPr>
        <w:t>교육과정 근거</w:t>
      </w:r>
      <w:r>
        <w:rPr>
          <w:rFonts w:ascii="Pretendard" w:hAnsi="Pretendard" w:eastAsia="Pretendard"/>
          <w:color w:val="7A7D85"/>
          <w:sz w:val="15"/>
        </w:rPr>
        <w:tab/>
        <w:t>[6실04-03] 「제작한 발표 자료를 사이버 공간에 공유하고, 건전한 정보기기의 활용을 실천한다」</w:t>
      </w:r>
    </w:p>
    <w:p>
      <w:pPr>
        <w:spacing w:before="0" w:after="0" w:line="283" w:lineRule="auto"/>
        <w:ind w:left="1106"/>
      </w:pPr>
      <w:r>
        <w:rPr>
          <w:rFonts w:ascii="Pretendard" w:hAnsi="Pretendard" w:eastAsia="Pretendard"/>
          <w:color w:val="7A7D85"/>
          <w:sz w:val="15"/>
        </w:rPr>
        <w:t>해설 「개인 정보 및 저작권 보호의 중요성을 인식하고 실천」</w:t>
      </w:r>
    </w:p>
    <w:sectPr w:rsidR="00FC693F" w:rsidRPr="0006063C" w:rsidSect="00034616">
      <w:pgSz w:w="11906" w:h="16838"/>
      <w:pgMar w:top="794" w:right="794" w:bottom="794" w:left="79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0" w:after="0" w:line="300" w:lineRule="auto"/>
      <w:autoSpaceDE w:val="0"/>
      <w:autoSpaceDN w:val="0"/>
    </w:pPr>
    <w:rPr>
      <w:rFonts w:ascii="Pretendard" w:hAnsi="Pretendard" w:eastAsia="Pretendard"/>
      <w:color w:val="1E2026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